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6C57" w14:textId="77777777" w:rsidR="00C64A7D" w:rsidRDefault="00C64A7D" w:rsidP="007802FC">
      <w:pPr>
        <w:autoSpaceDE w:val="0"/>
        <w:autoSpaceDN w:val="0"/>
        <w:spacing w:after="78" w:line="220" w:lineRule="exact"/>
        <w:jc w:val="center"/>
      </w:pPr>
    </w:p>
    <w:p w14:paraId="435E37DA" w14:textId="16DBD562" w:rsidR="008C182C" w:rsidRDefault="00934361" w:rsidP="007802FC">
      <w:pPr>
        <w:shd w:val="clear" w:color="auto" w:fill="FFFFFF"/>
        <w:ind w:firstLine="227"/>
        <w:jc w:val="center"/>
        <w:rPr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D881F09" wp14:editId="3F516EFF">
            <wp:extent cx="8769043" cy="5584037"/>
            <wp:effectExtent l="0" t="762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6082" cy="55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1594" w14:textId="77777777" w:rsidR="008A0452" w:rsidRDefault="008A0452" w:rsidP="007802FC">
      <w:pPr>
        <w:shd w:val="clear" w:color="auto" w:fill="FFFFFF"/>
        <w:ind w:firstLine="227"/>
        <w:jc w:val="center"/>
        <w:rPr>
          <w:b/>
          <w:sz w:val="24"/>
          <w:szCs w:val="24"/>
          <w:lang w:val="ru-RU"/>
        </w:rPr>
      </w:pPr>
    </w:p>
    <w:p w14:paraId="67080899" w14:textId="77777777" w:rsidR="008A0452" w:rsidRDefault="008A0452" w:rsidP="007802FC">
      <w:pPr>
        <w:shd w:val="clear" w:color="auto" w:fill="FFFFFF"/>
        <w:ind w:firstLine="227"/>
        <w:jc w:val="center"/>
        <w:rPr>
          <w:b/>
          <w:sz w:val="24"/>
          <w:szCs w:val="24"/>
          <w:lang w:val="ru-RU"/>
        </w:rPr>
      </w:pPr>
    </w:p>
    <w:p w14:paraId="771F32D9" w14:textId="73CF0868" w:rsidR="009325FD" w:rsidRPr="009325FD" w:rsidRDefault="009325FD" w:rsidP="007802FC">
      <w:pPr>
        <w:shd w:val="clear" w:color="auto" w:fill="FFFFFF"/>
        <w:ind w:firstLine="227"/>
        <w:jc w:val="center"/>
        <w:rPr>
          <w:b/>
          <w:sz w:val="24"/>
          <w:szCs w:val="24"/>
          <w:lang w:val="ru-RU"/>
        </w:rPr>
      </w:pPr>
      <w:bookmarkStart w:id="0" w:name="_GoBack"/>
      <w:bookmarkEnd w:id="0"/>
      <w:r w:rsidRPr="009325FD">
        <w:rPr>
          <w:b/>
          <w:sz w:val="24"/>
          <w:szCs w:val="24"/>
          <w:lang w:val="ru-RU"/>
        </w:rPr>
        <w:t>МИНИСТЕРСТВО ПРОСВЕЩЕНИЯ РОССИЙСКОЙ ФЕДЕРАЦИИ</w:t>
      </w:r>
    </w:p>
    <w:p w14:paraId="02EEA898" w14:textId="77777777" w:rsidR="009325FD" w:rsidRPr="009325FD" w:rsidRDefault="009325FD" w:rsidP="007802FC">
      <w:pPr>
        <w:shd w:val="clear" w:color="auto" w:fill="FFFFFF"/>
        <w:jc w:val="center"/>
        <w:rPr>
          <w:sz w:val="24"/>
          <w:szCs w:val="24"/>
          <w:lang w:val="ru-RU"/>
        </w:rPr>
      </w:pPr>
      <w:r w:rsidRPr="009325FD">
        <w:rPr>
          <w:sz w:val="24"/>
          <w:szCs w:val="24"/>
          <w:lang w:val="ru-RU"/>
        </w:rPr>
        <w:t>Министерство образования Московской области</w:t>
      </w:r>
    </w:p>
    <w:p w14:paraId="18C68924" w14:textId="77777777" w:rsidR="009325FD" w:rsidRPr="009325FD" w:rsidRDefault="009325FD" w:rsidP="007802FC">
      <w:pPr>
        <w:shd w:val="clear" w:color="auto" w:fill="FFFFFF"/>
        <w:jc w:val="center"/>
        <w:rPr>
          <w:sz w:val="24"/>
          <w:szCs w:val="24"/>
          <w:lang w:val="ru-RU"/>
        </w:rPr>
      </w:pPr>
      <w:r w:rsidRPr="009325FD">
        <w:rPr>
          <w:sz w:val="24"/>
          <w:szCs w:val="24"/>
          <w:lang w:val="ru-RU"/>
        </w:rPr>
        <w:t>Администрация городского округа Королёв Московской области</w:t>
      </w:r>
    </w:p>
    <w:p w14:paraId="1387ED38" w14:textId="77777777" w:rsidR="009325FD" w:rsidRPr="009325FD" w:rsidRDefault="009325FD" w:rsidP="007802FC">
      <w:pPr>
        <w:shd w:val="clear" w:color="auto" w:fill="FFFFFF"/>
        <w:jc w:val="center"/>
        <w:rPr>
          <w:b/>
          <w:color w:val="000000"/>
          <w:sz w:val="24"/>
          <w:szCs w:val="24"/>
          <w:shd w:val="clear" w:color="auto" w:fill="FFFFFF"/>
          <w:lang w:val="ru-RU"/>
        </w:rPr>
      </w:pPr>
      <w:r w:rsidRPr="009325FD">
        <w:rPr>
          <w:b/>
          <w:color w:val="000000"/>
          <w:sz w:val="24"/>
          <w:szCs w:val="24"/>
          <w:shd w:val="clear" w:color="auto" w:fill="FFFFFF"/>
          <w:lang w:val="ru-RU"/>
        </w:rPr>
        <w:t>Муниципальное бюджетное общеобразовательное учреждение городского округа Королёв Московской области «Средняя общеобразовательная школа № 5"</w:t>
      </w:r>
    </w:p>
    <w:p w14:paraId="60A43E3B" w14:textId="77777777" w:rsidR="009325FD" w:rsidRPr="009325FD" w:rsidRDefault="009325FD" w:rsidP="007802FC">
      <w:pPr>
        <w:shd w:val="clear" w:color="auto" w:fill="FFFFFF"/>
        <w:rPr>
          <w:rFonts w:ascii="LiberationSerif" w:hAnsi="LiberationSerif" w:hint="eastAsia"/>
          <w:color w:val="000000"/>
          <w:sz w:val="20"/>
          <w:szCs w:val="20"/>
          <w:shd w:val="clear" w:color="auto" w:fill="FFFFFF"/>
          <w:lang w:val="ru-RU"/>
        </w:rPr>
      </w:pPr>
    </w:p>
    <w:tbl>
      <w:tblPr>
        <w:tblW w:w="9639" w:type="dxa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1"/>
        <w:gridCol w:w="3480"/>
        <w:gridCol w:w="2678"/>
      </w:tblGrid>
      <w:tr w:rsidR="009325FD" w:rsidRPr="00934361" w14:paraId="097427AD" w14:textId="77777777" w:rsidTr="0040691A"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F442D0" w14:textId="77777777" w:rsidR="009325FD" w:rsidRPr="009325FD" w:rsidRDefault="009325FD" w:rsidP="007802FC">
            <w:pPr>
              <w:rPr>
                <w:lang w:val="ru-RU"/>
              </w:rPr>
            </w:pPr>
            <w:r w:rsidRPr="009325FD">
              <w:rPr>
                <w:lang w:val="ru-RU"/>
              </w:rPr>
              <w:t>РАССМОТРЕНО</w:t>
            </w:r>
            <w:r w:rsidRPr="009325FD">
              <w:rPr>
                <w:lang w:val="ru-RU"/>
              </w:rPr>
              <w:br/>
              <w:t>ШМО учителей истории и обществознания</w:t>
            </w:r>
            <w:r w:rsidRPr="009325FD">
              <w:rPr>
                <w:lang w:val="ru-RU"/>
              </w:rPr>
              <w:br/>
              <w:t>Руководители ШМО</w:t>
            </w:r>
            <w:r w:rsidRPr="009325FD">
              <w:rPr>
                <w:lang w:val="ru-RU"/>
              </w:rPr>
              <w:br/>
              <w:t>___________Семенова Т.В</w:t>
            </w:r>
          </w:p>
          <w:p w14:paraId="10B3F630" w14:textId="35A61BF3" w:rsidR="009325FD" w:rsidRPr="009325FD" w:rsidRDefault="009325FD" w:rsidP="007802FC">
            <w:pPr>
              <w:rPr>
                <w:lang w:val="ru-RU"/>
              </w:rPr>
            </w:pPr>
            <w:r w:rsidRPr="009325FD">
              <w:rPr>
                <w:lang w:val="ru-RU"/>
              </w:rPr>
              <w:t>___________Киселева Е В.</w:t>
            </w:r>
            <w:r w:rsidRPr="009325FD">
              <w:rPr>
                <w:lang w:val="ru-RU"/>
              </w:rPr>
              <w:br/>
              <w:t xml:space="preserve">Протокол № </w:t>
            </w:r>
            <w:r w:rsidR="00BB2BFD">
              <w:rPr>
                <w:lang w:val="ru-RU"/>
              </w:rPr>
              <w:t>1</w:t>
            </w:r>
            <w:r w:rsidRPr="009325FD">
              <w:rPr>
                <w:lang w:val="ru-RU"/>
              </w:rPr>
              <w:br/>
              <w:t>от</w:t>
            </w:r>
            <w:r>
              <w:t> </w:t>
            </w:r>
            <w:proofErr w:type="gramStart"/>
            <w:r w:rsidR="00BB2BFD">
              <w:rPr>
                <w:lang w:val="ru-RU"/>
              </w:rPr>
              <w:t>29</w:t>
            </w:r>
            <w:r w:rsidRPr="009325FD">
              <w:rPr>
                <w:lang w:val="ru-RU"/>
              </w:rPr>
              <w:t xml:space="preserve">  .</w:t>
            </w:r>
            <w:proofErr w:type="gramEnd"/>
            <w:r w:rsidRPr="009325FD">
              <w:rPr>
                <w:lang w:val="ru-RU"/>
              </w:rPr>
              <w:t>08.2022</w:t>
            </w:r>
            <w:r w:rsidRPr="006B0BDF">
              <w:t> </w:t>
            </w:r>
            <w:r w:rsidRPr="009325FD">
              <w:rPr>
                <w:lang w:val="ru-RU"/>
              </w:rPr>
              <w:t>г.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F853FF" w14:textId="408B167D" w:rsidR="009325FD" w:rsidRPr="009325FD" w:rsidRDefault="009325FD" w:rsidP="007802FC">
            <w:pPr>
              <w:rPr>
                <w:lang w:val="ru-RU"/>
              </w:rPr>
            </w:pPr>
            <w:r w:rsidRPr="009325FD">
              <w:rPr>
                <w:lang w:val="ru-RU"/>
              </w:rPr>
              <w:t>СОГЛАСОВАНО</w:t>
            </w:r>
            <w:r w:rsidRPr="009325FD">
              <w:rPr>
                <w:lang w:val="ru-RU"/>
              </w:rPr>
              <w:br/>
              <w:t>Заместитель директора по УВР</w:t>
            </w:r>
            <w:r w:rsidRPr="009325FD">
              <w:rPr>
                <w:lang w:val="ru-RU"/>
              </w:rPr>
              <w:br/>
            </w:r>
            <w:r w:rsidRPr="009325FD">
              <w:rPr>
                <w:lang w:val="ru-RU"/>
              </w:rPr>
              <w:br/>
              <w:t>____________Подлесных М.Н.</w:t>
            </w:r>
            <w:r w:rsidRPr="009325FD">
              <w:rPr>
                <w:lang w:val="ru-RU"/>
              </w:rPr>
              <w:br/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BB3F31" w14:textId="3AB3ADE3" w:rsidR="009325FD" w:rsidRPr="009325FD" w:rsidRDefault="009325FD" w:rsidP="007802FC">
            <w:pPr>
              <w:rPr>
                <w:lang w:val="ru-RU"/>
              </w:rPr>
            </w:pPr>
            <w:r w:rsidRPr="009325FD">
              <w:rPr>
                <w:lang w:val="ru-RU"/>
              </w:rPr>
              <w:t>УТВЕРЖДЕНО</w:t>
            </w:r>
            <w:r w:rsidRPr="009325FD">
              <w:rPr>
                <w:lang w:val="ru-RU"/>
              </w:rPr>
              <w:br/>
              <w:t>Директор</w:t>
            </w:r>
            <w:r w:rsidRPr="009325FD">
              <w:rPr>
                <w:lang w:val="ru-RU"/>
              </w:rPr>
              <w:br/>
            </w:r>
            <w:r w:rsidRPr="009325FD">
              <w:rPr>
                <w:lang w:val="ru-RU"/>
              </w:rPr>
              <w:br/>
            </w:r>
            <w:r w:rsidR="003C12F9">
              <w:rPr>
                <w:lang w:val="ru-RU"/>
              </w:rPr>
              <w:t xml:space="preserve">___________ </w:t>
            </w:r>
            <w:proofErr w:type="spellStart"/>
            <w:r w:rsidR="003C12F9">
              <w:rPr>
                <w:lang w:val="ru-RU"/>
              </w:rPr>
              <w:t>и.о</w:t>
            </w:r>
            <w:proofErr w:type="spellEnd"/>
            <w:r w:rsidR="003C12F9">
              <w:rPr>
                <w:lang w:val="ru-RU"/>
              </w:rPr>
              <w:t xml:space="preserve"> директора Куренкова А.М</w:t>
            </w:r>
            <w:r w:rsidRPr="009325FD">
              <w:rPr>
                <w:lang w:val="ru-RU"/>
              </w:rPr>
              <w:br/>
              <w:t>Приказ №</w:t>
            </w:r>
            <w:r w:rsidRPr="006B0BDF">
              <w:t> </w:t>
            </w:r>
            <w:r w:rsidR="003C12F9">
              <w:rPr>
                <w:lang w:val="ru-RU"/>
              </w:rPr>
              <w:t>124а</w:t>
            </w:r>
            <w:r w:rsidRPr="009325FD">
              <w:rPr>
                <w:lang w:val="ru-RU"/>
              </w:rPr>
              <w:br/>
              <w:t>от</w:t>
            </w:r>
            <w:r>
              <w:t> </w:t>
            </w:r>
            <w:r w:rsidR="003C12F9">
              <w:rPr>
                <w:lang w:val="ru-RU"/>
              </w:rPr>
              <w:t>29</w:t>
            </w:r>
            <w:r w:rsidRPr="009325FD">
              <w:rPr>
                <w:lang w:val="ru-RU"/>
              </w:rPr>
              <w:t xml:space="preserve"> .08.2022</w:t>
            </w:r>
            <w:r w:rsidRPr="006B0BDF">
              <w:t> </w:t>
            </w:r>
            <w:r w:rsidRPr="009325FD">
              <w:rPr>
                <w:lang w:val="ru-RU"/>
              </w:rPr>
              <w:t>г.</w:t>
            </w:r>
          </w:p>
        </w:tc>
      </w:tr>
    </w:tbl>
    <w:p w14:paraId="4822C87A" w14:textId="77777777" w:rsidR="009325FD" w:rsidRPr="009325FD" w:rsidRDefault="009325FD" w:rsidP="007802FC">
      <w:pPr>
        <w:shd w:val="clear" w:color="auto" w:fill="FFFFFF"/>
        <w:ind w:firstLine="227"/>
        <w:jc w:val="center"/>
        <w:rPr>
          <w:sz w:val="24"/>
          <w:szCs w:val="24"/>
          <w:lang w:val="ru-RU"/>
        </w:rPr>
      </w:pPr>
    </w:p>
    <w:p w14:paraId="7971C5BC" w14:textId="77777777" w:rsidR="009325FD" w:rsidRPr="009325FD" w:rsidRDefault="009325FD" w:rsidP="007802FC">
      <w:pPr>
        <w:shd w:val="clear" w:color="auto" w:fill="FFFFFF"/>
        <w:spacing w:before="240" w:after="120"/>
        <w:rPr>
          <w:b/>
          <w:smallCaps/>
          <w:lang w:val="ru-RU"/>
        </w:rPr>
      </w:pPr>
    </w:p>
    <w:p w14:paraId="1CBBC033" w14:textId="77777777" w:rsidR="009325FD" w:rsidRPr="009325FD" w:rsidRDefault="009325FD" w:rsidP="007802FC">
      <w:pPr>
        <w:shd w:val="clear" w:color="auto" w:fill="FFFFFF"/>
        <w:spacing w:before="240" w:after="120"/>
        <w:jc w:val="center"/>
        <w:rPr>
          <w:b/>
          <w:smallCaps/>
          <w:lang w:val="ru-RU"/>
        </w:rPr>
      </w:pPr>
      <w:r w:rsidRPr="009325FD">
        <w:rPr>
          <w:b/>
          <w:smallCaps/>
          <w:lang w:val="ru-RU"/>
        </w:rPr>
        <w:t>РАБОЧАЯ ПРОГРАММА</w:t>
      </w:r>
      <w:r w:rsidRPr="009325FD">
        <w:rPr>
          <w:b/>
          <w:smallCaps/>
          <w:lang w:val="ru-RU"/>
        </w:rPr>
        <w:br/>
      </w:r>
    </w:p>
    <w:p w14:paraId="69C92497" w14:textId="77777777" w:rsidR="009325FD" w:rsidRPr="009325FD" w:rsidRDefault="009325FD" w:rsidP="007802FC">
      <w:pPr>
        <w:shd w:val="clear" w:color="auto" w:fill="FFFFFF"/>
        <w:ind w:firstLine="227"/>
        <w:jc w:val="center"/>
        <w:rPr>
          <w:sz w:val="24"/>
          <w:szCs w:val="24"/>
          <w:lang w:val="ru-RU"/>
        </w:rPr>
      </w:pPr>
      <w:r w:rsidRPr="009325FD">
        <w:rPr>
          <w:sz w:val="24"/>
          <w:szCs w:val="24"/>
          <w:lang w:val="ru-RU"/>
        </w:rPr>
        <w:t>учебного предмета</w:t>
      </w:r>
    </w:p>
    <w:p w14:paraId="648D9A4E" w14:textId="77777777" w:rsidR="009325FD" w:rsidRPr="009325FD" w:rsidRDefault="009325FD" w:rsidP="007802FC">
      <w:pPr>
        <w:shd w:val="clear" w:color="auto" w:fill="FFFFFF"/>
        <w:ind w:firstLine="227"/>
        <w:jc w:val="center"/>
        <w:rPr>
          <w:sz w:val="24"/>
          <w:szCs w:val="24"/>
          <w:lang w:val="ru-RU"/>
        </w:rPr>
      </w:pPr>
      <w:r w:rsidRPr="009325FD">
        <w:rPr>
          <w:sz w:val="24"/>
          <w:szCs w:val="24"/>
          <w:lang w:val="ru-RU"/>
        </w:rPr>
        <w:t>«История»</w:t>
      </w:r>
    </w:p>
    <w:p w14:paraId="2765A04B" w14:textId="77777777" w:rsidR="009325FD" w:rsidRPr="009325FD" w:rsidRDefault="009325FD" w:rsidP="007802FC">
      <w:pPr>
        <w:shd w:val="clear" w:color="auto" w:fill="FFFFFF"/>
        <w:ind w:firstLine="227"/>
        <w:jc w:val="center"/>
        <w:rPr>
          <w:sz w:val="24"/>
          <w:szCs w:val="24"/>
          <w:lang w:val="ru-RU"/>
        </w:rPr>
      </w:pPr>
      <w:proofErr w:type="gramStart"/>
      <w:r w:rsidRPr="009325FD">
        <w:rPr>
          <w:sz w:val="24"/>
          <w:szCs w:val="24"/>
          <w:lang w:val="ru-RU"/>
        </w:rPr>
        <w:t>для</w:t>
      </w:r>
      <w:r>
        <w:rPr>
          <w:sz w:val="24"/>
          <w:szCs w:val="24"/>
        </w:rPr>
        <w:t> </w:t>
      </w:r>
      <w:r w:rsidRPr="009325FD">
        <w:rPr>
          <w:sz w:val="24"/>
          <w:szCs w:val="24"/>
          <w:lang w:val="ru-RU"/>
        </w:rPr>
        <w:t xml:space="preserve"> </w:t>
      </w:r>
      <w:r w:rsidR="007802FC">
        <w:rPr>
          <w:sz w:val="24"/>
          <w:szCs w:val="24"/>
          <w:lang w:val="ru-RU"/>
        </w:rPr>
        <w:t>6</w:t>
      </w:r>
      <w:proofErr w:type="gramEnd"/>
      <w:r w:rsidRPr="009325FD">
        <w:rPr>
          <w:sz w:val="24"/>
          <w:szCs w:val="24"/>
          <w:lang w:val="ru-RU"/>
        </w:rPr>
        <w:t xml:space="preserve"> класса основного общего образования</w:t>
      </w:r>
    </w:p>
    <w:p w14:paraId="00C31DB0" w14:textId="77777777" w:rsidR="009325FD" w:rsidRPr="009325FD" w:rsidRDefault="009325FD" w:rsidP="007802FC">
      <w:pPr>
        <w:shd w:val="clear" w:color="auto" w:fill="FFFFFF"/>
        <w:ind w:firstLine="227"/>
        <w:jc w:val="center"/>
        <w:rPr>
          <w:sz w:val="24"/>
          <w:szCs w:val="24"/>
          <w:lang w:val="ru-RU"/>
        </w:rPr>
      </w:pPr>
      <w:r w:rsidRPr="009325FD">
        <w:rPr>
          <w:sz w:val="24"/>
          <w:szCs w:val="24"/>
          <w:lang w:val="ru-RU"/>
        </w:rPr>
        <w:t>на 2022-2023 учебный год</w:t>
      </w:r>
    </w:p>
    <w:p w14:paraId="5856A481" w14:textId="31D2A9AC" w:rsidR="009325FD" w:rsidRPr="009325FD" w:rsidRDefault="009325FD" w:rsidP="007802FC">
      <w:pPr>
        <w:shd w:val="clear" w:color="auto" w:fill="FFFFFF"/>
        <w:ind w:firstLine="227"/>
        <w:jc w:val="center"/>
        <w:rPr>
          <w:sz w:val="24"/>
          <w:szCs w:val="24"/>
          <w:lang w:val="ru-RU"/>
        </w:rPr>
      </w:pPr>
    </w:p>
    <w:p w14:paraId="0EF1D238" w14:textId="7EF1B3B6" w:rsidR="009325FD" w:rsidRPr="009325FD" w:rsidRDefault="009325FD" w:rsidP="007802FC">
      <w:pPr>
        <w:shd w:val="clear" w:color="auto" w:fill="FFFFFF"/>
        <w:ind w:firstLine="227"/>
        <w:jc w:val="center"/>
        <w:rPr>
          <w:sz w:val="24"/>
          <w:szCs w:val="24"/>
          <w:lang w:val="ru-RU"/>
        </w:rPr>
      </w:pPr>
    </w:p>
    <w:p w14:paraId="6E1A55C1" w14:textId="3CFCAB96" w:rsidR="009325FD" w:rsidRPr="009325FD" w:rsidRDefault="009325FD" w:rsidP="007802FC">
      <w:pPr>
        <w:shd w:val="clear" w:color="auto" w:fill="FFFFFF"/>
        <w:ind w:firstLine="227"/>
        <w:jc w:val="center"/>
        <w:rPr>
          <w:sz w:val="24"/>
          <w:szCs w:val="24"/>
          <w:lang w:val="ru-RU"/>
        </w:rPr>
      </w:pPr>
    </w:p>
    <w:p w14:paraId="7FB7FFFB" w14:textId="77777777" w:rsidR="008A0452" w:rsidRDefault="00EF5234" w:rsidP="007802FC">
      <w:pPr>
        <w:shd w:val="clear" w:color="auto" w:fill="FFFFFF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</w:t>
      </w:r>
      <w:r w:rsidR="009325FD" w:rsidRPr="009325FD">
        <w:rPr>
          <w:sz w:val="24"/>
          <w:szCs w:val="24"/>
          <w:lang w:val="ru-RU"/>
        </w:rPr>
        <w:t xml:space="preserve">Составитель: ШМО учителей общественных </w:t>
      </w:r>
    </w:p>
    <w:p w14:paraId="5C848A5F" w14:textId="77777777" w:rsidR="008A0452" w:rsidRDefault="008A0452" w:rsidP="007802FC">
      <w:pPr>
        <w:shd w:val="clear" w:color="auto" w:fill="FFFFFF"/>
        <w:rPr>
          <w:sz w:val="24"/>
          <w:szCs w:val="24"/>
          <w:lang w:val="ru-RU"/>
        </w:rPr>
      </w:pPr>
    </w:p>
    <w:p w14:paraId="7556F8C2" w14:textId="568B6DC3" w:rsidR="009325FD" w:rsidRPr="009325FD" w:rsidRDefault="008A0452" w:rsidP="007802FC">
      <w:pPr>
        <w:shd w:val="clear" w:color="auto" w:fill="FFFFFF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</w:t>
      </w:r>
      <w:r w:rsidR="007802FC">
        <w:rPr>
          <w:sz w:val="24"/>
          <w:szCs w:val="24"/>
          <w:lang w:val="ru-RU"/>
        </w:rPr>
        <w:t xml:space="preserve"> </w:t>
      </w:r>
      <w:r w:rsidR="009325FD" w:rsidRPr="009325FD">
        <w:rPr>
          <w:sz w:val="24"/>
          <w:szCs w:val="24"/>
          <w:lang w:val="ru-RU"/>
        </w:rPr>
        <w:t>Королёв 2022</w:t>
      </w:r>
    </w:p>
    <w:p w14:paraId="24921421" w14:textId="77777777" w:rsidR="00C64A7D" w:rsidRPr="005F1B35" w:rsidRDefault="00C64A7D" w:rsidP="009325FD">
      <w:pPr>
        <w:rPr>
          <w:lang w:val="ru-RU"/>
        </w:rPr>
        <w:sectPr w:rsidR="00C64A7D" w:rsidRPr="005F1B35">
          <w:pgSz w:w="11900" w:h="16840"/>
          <w:pgMar w:top="616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131AEDF6" w14:textId="77777777" w:rsidR="00C64A7D" w:rsidRPr="005F1B35" w:rsidRDefault="00C767A4">
      <w:pPr>
        <w:autoSpaceDE w:val="0"/>
        <w:autoSpaceDN w:val="0"/>
        <w:spacing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0B27C425" w14:textId="77777777" w:rsidR="00C64A7D" w:rsidRPr="005F1B35" w:rsidRDefault="00C767A4">
      <w:pPr>
        <w:autoSpaceDE w:val="0"/>
        <w:autoSpaceDN w:val="0"/>
        <w:spacing w:before="346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14:paraId="0F9C87C0" w14:textId="77777777" w:rsidR="00C64A7D" w:rsidRPr="005F1B35" w:rsidRDefault="00C767A4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14:paraId="03108F18" w14:textId="77777777" w:rsidR="00C64A7D" w:rsidRPr="005F1B35" w:rsidRDefault="00C767A4">
      <w:pPr>
        <w:autoSpaceDE w:val="0"/>
        <w:autoSpaceDN w:val="0"/>
        <w:spacing w:before="264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</w:t>
      </w:r>
    </w:p>
    <w:p w14:paraId="2D4E43FE" w14:textId="77777777" w:rsidR="00C64A7D" w:rsidRPr="005F1B35" w:rsidRDefault="00C767A4">
      <w:pPr>
        <w:autoSpaceDE w:val="0"/>
        <w:autoSpaceDN w:val="0"/>
        <w:spacing w:before="168" w:after="0" w:line="286" w:lineRule="auto"/>
        <w:ind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2E932A90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62" w:lineRule="auto"/>
        <w:ind w:right="1440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Задачи изучения истории в 6 </w:t>
      </w:r>
      <w:proofErr w:type="gram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классе  определяются</w:t>
      </w:r>
      <w:proofErr w:type="gram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Федеральными государственными образовательными стандартами (в соответствии с ФЗ-273 «Об образовании»).</w:t>
      </w:r>
    </w:p>
    <w:p w14:paraId="5ED4A523" w14:textId="77777777" w:rsidR="00C64A7D" w:rsidRPr="005F1B35" w:rsidRDefault="00C767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Ключевыми задачами являются:</w:t>
      </w:r>
    </w:p>
    <w:p w14:paraId="1ED00CDA" w14:textId="77777777" w:rsidR="00C64A7D" w:rsidRPr="005F1B35" w:rsidRDefault="00C767A4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молодого поколения ориентиров для гражданской,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этнонациональной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, социальной, культурной самоидентификации в окружающем мире;</w:t>
      </w:r>
    </w:p>
    <w:p w14:paraId="2E89D892" w14:textId="77777777" w:rsidR="00C64A7D" w:rsidRPr="005F1B35" w:rsidRDefault="00C767A4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—  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7946168D" w14:textId="77777777" w:rsidR="00C64A7D" w:rsidRPr="005F1B35" w:rsidRDefault="00C767A4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14:paraId="10DC244C" w14:textId="77777777" w:rsidR="00C64A7D" w:rsidRPr="005F1B35" w:rsidRDefault="00C767A4">
      <w:pPr>
        <w:autoSpaceDE w:val="0"/>
        <w:autoSpaceDN w:val="0"/>
        <w:spacing w:before="192" w:after="0" w:line="281" w:lineRule="auto"/>
        <w:ind w:left="42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внешкольной деятельности, в современном поликультурном, полиэтничном и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14:paraId="686941DC" w14:textId="77777777" w:rsidR="00C64A7D" w:rsidRPr="005F1B35" w:rsidRDefault="00C767A4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«ИСТОРИЯ» В УЧЕБНОМ ПЛАНЕ </w:t>
      </w:r>
    </w:p>
    <w:p w14:paraId="2910955A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учебный года обучения в 6 классе составляет 68 часов. Недельная нагрузка составляет 2 часа, при 34 учебных неделях. </w:t>
      </w:r>
    </w:p>
    <w:p w14:paraId="7C3E5DE8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98" w:right="650" w:bottom="120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FA580AB" w14:textId="77777777" w:rsidR="00C64A7D" w:rsidRPr="005F1B35" w:rsidRDefault="00C64A7D">
      <w:pPr>
        <w:autoSpaceDE w:val="0"/>
        <w:autoSpaceDN w:val="0"/>
        <w:spacing w:after="78" w:line="220" w:lineRule="exact"/>
        <w:rPr>
          <w:lang w:val="ru-RU"/>
        </w:rPr>
      </w:pPr>
    </w:p>
    <w:p w14:paraId="0B4615D6" w14:textId="77777777" w:rsidR="00C64A7D" w:rsidRPr="005F1B35" w:rsidRDefault="00C767A4">
      <w:pPr>
        <w:autoSpaceDE w:val="0"/>
        <w:autoSpaceDN w:val="0"/>
        <w:spacing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1AC07402" w14:textId="77777777" w:rsidR="00C64A7D" w:rsidRPr="005F1B35" w:rsidRDefault="00C767A4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ВСЕОБЩАЯ ИСТОРИЯ. ИСТОРИЯ СРЕДНИХ ВЕКОВ</w:t>
      </w:r>
    </w:p>
    <w:p w14:paraId="642F2C38" w14:textId="77777777" w:rsidR="00C64A7D" w:rsidRPr="005F1B35" w:rsidRDefault="00C767A4">
      <w:pPr>
        <w:autoSpaceDE w:val="0"/>
        <w:autoSpaceDN w:val="0"/>
        <w:spacing w:before="190" w:after="0" w:line="262" w:lineRule="auto"/>
        <w:ind w:left="180" w:right="216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Средние века: понятие, хронологические рамки и периодизация Средневековья.</w:t>
      </w:r>
    </w:p>
    <w:p w14:paraId="00C042BB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90" w:after="0"/>
        <w:ind w:right="288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Народы Европы в раннее Средневековье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христианства.</w:t>
      </w:r>
    </w:p>
    <w:p w14:paraId="6ACCA000" w14:textId="77777777" w:rsidR="00C64A7D" w:rsidRPr="005F1B35" w:rsidRDefault="00C767A4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Франкское государство в </w:t>
      </w:r>
      <w:r>
        <w:rPr>
          <w:rFonts w:ascii="Times New Roman" w:eastAsia="Times New Roman" w:hAnsi="Times New Roman"/>
          <w:color w:val="000000"/>
          <w:sz w:val="24"/>
        </w:rPr>
        <w:t>VIII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IX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вв. Усиление власти майордомов. Карл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Мартелл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47231650" w14:textId="77777777" w:rsidR="00C64A7D" w:rsidRPr="005F1B35" w:rsidRDefault="00C767A4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14:paraId="281BD940" w14:textId="77777777" w:rsidR="00C64A7D" w:rsidRPr="005F1B35" w:rsidRDefault="00C767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Византийская империя в </w:t>
      </w:r>
      <w:r>
        <w:rPr>
          <w:rFonts w:ascii="Times New Roman" w:eastAsia="Times New Roman" w:hAnsi="Times New Roman"/>
          <w:b/>
          <w:color w:val="000000"/>
          <w:sz w:val="24"/>
        </w:rPr>
        <w:t>VI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14:paraId="4F6A2C17" w14:textId="77777777" w:rsidR="00C64A7D" w:rsidRPr="005F1B35" w:rsidRDefault="00C767A4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Территория, население империи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ромеев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372A3EE7" w14:textId="77777777" w:rsidR="00C64A7D" w:rsidRPr="005F1B35" w:rsidRDefault="00C767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Арабы в </w:t>
      </w:r>
      <w:r>
        <w:rPr>
          <w:rFonts w:ascii="Times New Roman" w:eastAsia="Times New Roman" w:hAnsi="Times New Roman"/>
          <w:b/>
          <w:color w:val="000000"/>
          <w:sz w:val="24"/>
        </w:rPr>
        <w:t>VI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14:paraId="6ABC07DF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14:paraId="4A86DBB0" w14:textId="77777777" w:rsidR="00C64A7D" w:rsidRPr="005F1B35" w:rsidRDefault="00C767A4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32A6DB6F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Средневековое европейское общество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463D0BC3" w14:textId="77777777" w:rsidR="00C64A7D" w:rsidRPr="005F1B35" w:rsidRDefault="00C767A4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Города —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2EF91AE5" w14:textId="77777777" w:rsidR="00C64A7D" w:rsidRPr="005F1B35" w:rsidRDefault="00C767A4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2589A1FA" w14:textId="77777777" w:rsidR="00C64A7D" w:rsidRPr="005F1B35" w:rsidRDefault="00C767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Государства Европы в Х</w:t>
      </w:r>
      <w:r>
        <w:rPr>
          <w:rFonts w:ascii="Times New Roman" w:eastAsia="Times New Roman" w:hAnsi="Times New Roman"/>
          <w:b/>
          <w:color w:val="000000"/>
          <w:sz w:val="24"/>
        </w:rPr>
        <w:t>II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b/>
          <w:color w:val="000000"/>
          <w:sz w:val="24"/>
        </w:rPr>
        <w:t>V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14:paraId="2C17C50B" w14:textId="77777777" w:rsidR="00C64A7D" w:rsidRPr="005F1B35" w:rsidRDefault="00C767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Усиление королевской власти в странах Западной Европы. Сословно-представительная монархия.</w:t>
      </w:r>
    </w:p>
    <w:p w14:paraId="26EF0CF1" w14:textId="77777777" w:rsidR="00C64A7D" w:rsidRPr="005F1B35" w:rsidRDefault="00C767A4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color w:val="000000"/>
          <w:sz w:val="24"/>
        </w:rPr>
        <w:t>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Польско-литовское государство в </w:t>
      </w:r>
      <w:r>
        <w:rPr>
          <w:rFonts w:ascii="Times New Roman" w:eastAsia="Times New Roman" w:hAnsi="Times New Roman"/>
          <w:color w:val="000000"/>
          <w:sz w:val="24"/>
        </w:rPr>
        <w:t>XIV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вв.</w:t>
      </w:r>
    </w:p>
    <w:p w14:paraId="3BD03A24" w14:textId="77777777" w:rsidR="00C64A7D" w:rsidRPr="005F1B35" w:rsidRDefault="00C767A4">
      <w:pPr>
        <w:autoSpaceDE w:val="0"/>
        <w:autoSpaceDN w:val="0"/>
        <w:spacing w:before="70" w:after="0" w:line="271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Реконкиста и образование централизованных государств на Пиренейском </w:t>
      </w:r>
      <w:proofErr w:type="gram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полу- острове</w:t>
      </w:r>
      <w:proofErr w:type="gram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Итальянские государства в </w:t>
      </w:r>
      <w:r>
        <w:rPr>
          <w:rFonts w:ascii="Times New Roman" w:eastAsia="Times New Roman" w:hAnsi="Times New Roman"/>
          <w:color w:val="000000"/>
          <w:sz w:val="24"/>
        </w:rPr>
        <w:t>XII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вв. Развитие экономики в европейских странах в период зрелого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Средневековья. Обострение социальных противоречий в Х</w:t>
      </w:r>
      <w:r>
        <w:rPr>
          <w:rFonts w:ascii="Times New Roman" w:eastAsia="Times New Roman" w:hAnsi="Times New Roman"/>
          <w:color w:val="000000"/>
          <w:sz w:val="24"/>
        </w:rPr>
        <w:t>IV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в. (Жакерия, восстание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Уота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Тайлера).</w:t>
      </w:r>
    </w:p>
    <w:p w14:paraId="3E534095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AE1753D" w14:textId="77777777" w:rsidR="00C64A7D" w:rsidRPr="005F1B35" w:rsidRDefault="00C64A7D">
      <w:pPr>
        <w:autoSpaceDE w:val="0"/>
        <w:autoSpaceDN w:val="0"/>
        <w:spacing w:after="66" w:line="220" w:lineRule="exact"/>
        <w:rPr>
          <w:lang w:val="ru-RU"/>
        </w:rPr>
      </w:pPr>
    </w:p>
    <w:p w14:paraId="565B6838" w14:textId="77777777" w:rsidR="00C64A7D" w:rsidRPr="005F1B35" w:rsidRDefault="00C767A4">
      <w:pPr>
        <w:autoSpaceDE w:val="0"/>
        <w:autoSpaceDN w:val="0"/>
        <w:spacing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Гуситское движение в Чехии.</w:t>
      </w:r>
    </w:p>
    <w:p w14:paraId="0BBA1BFE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Византийская империя и славянские государства в Х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color w:val="000000"/>
          <w:sz w:val="24"/>
        </w:rPr>
        <w:t>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7DD0851C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Культура средневековой Европы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14:paraId="438F78F6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92" w:after="0" w:line="283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Страны Востока в Средние века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72203D85" w14:textId="77777777" w:rsidR="00C64A7D" w:rsidRPr="005F1B35" w:rsidRDefault="00C767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Культура народов Востока. Литература. Архитектура. Традиционные искусства и ремесла.</w:t>
      </w:r>
    </w:p>
    <w:p w14:paraId="59E51472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Государства доколумбовой Америки в Средние века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444E4071" w14:textId="77777777" w:rsidR="00C64A7D" w:rsidRPr="005F1B35" w:rsidRDefault="00C767A4">
      <w:pPr>
        <w:autoSpaceDE w:val="0"/>
        <w:autoSpaceDN w:val="0"/>
        <w:spacing w:before="190" w:after="0" w:line="262" w:lineRule="auto"/>
        <w:ind w:left="180" w:right="4896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Обобщение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Историческое и культурное наследие Средних веков.</w:t>
      </w:r>
    </w:p>
    <w:p w14:paraId="090AFF87" w14:textId="77777777" w:rsidR="00C64A7D" w:rsidRPr="005F1B35" w:rsidRDefault="00C767A4">
      <w:pPr>
        <w:autoSpaceDE w:val="0"/>
        <w:autoSpaceDN w:val="0"/>
        <w:spacing w:before="38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ИСТОРИЯ РОССИИ. ОТ РУСИ К РОССИЙСКОМУ ГОСУДАРСТВУ </w:t>
      </w:r>
    </w:p>
    <w:p w14:paraId="05F994AB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52C9278E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90" w:after="0" w:line="262" w:lineRule="auto"/>
        <w:ind w:right="864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тыс. н. э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</w:p>
    <w:p w14:paraId="09FF5EB6" w14:textId="77777777" w:rsidR="00C64A7D" w:rsidRPr="005F1B35" w:rsidRDefault="00C767A4">
      <w:pPr>
        <w:autoSpaceDE w:val="0"/>
        <w:autoSpaceDN w:val="0"/>
        <w:spacing w:before="72" w:after="0" w:line="281" w:lineRule="auto"/>
        <w:ind w:right="144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24E123B7" w14:textId="77777777" w:rsidR="00C64A7D" w:rsidRPr="005F1B35" w:rsidRDefault="00C767A4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Народы, проживавшие на этой территории до середины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тыс. до н. э. Скифы и скифская культура.</w:t>
      </w:r>
    </w:p>
    <w:p w14:paraId="6C23F4C6" w14:textId="77777777" w:rsidR="00C64A7D" w:rsidRPr="005F1B35" w:rsidRDefault="00C767A4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3A725334" w14:textId="77777777" w:rsidR="00C64A7D" w:rsidRPr="005F1B35" w:rsidRDefault="00C767A4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— восточных, западных и южных. Славянские общности Восточной Европы. Их соседи —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балты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и финно-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угры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4EEED4B8" w14:textId="77777777" w:rsidR="00C64A7D" w:rsidRPr="005F1B35" w:rsidRDefault="00C767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Страны и народы Восточной Европы, Сибири и Дальнего Востока. Тюркский каганат. Хазарский</w:t>
      </w:r>
    </w:p>
    <w:p w14:paraId="3B638716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86" w:right="666" w:bottom="438" w:left="666" w:header="720" w:footer="720" w:gutter="0"/>
          <w:cols w:space="720" w:equalWidth="0">
            <w:col w:w="10568" w:space="0"/>
          </w:cols>
          <w:docGrid w:linePitch="360"/>
        </w:sectPr>
      </w:pPr>
    </w:p>
    <w:p w14:paraId="74423493" w14:textId="77777777" w:rsidR="00C64A7D" w:rsidRPr="005F1B35" w:rsidRDefault="00C64A7D">
      <w:pPr>
        <w:autoSpaceDE w:val="0"/>
        <w:autoSpaceDN w:val="0"/>
        <w:spacing w:after="66" w:line="220" w:lineRule="exact"/>
        <w:rPr>
          <w:lang w:val="ru-RU"/>
        </w:rPr>
      </w:pPr>
    </w:p>
    <w:p w14:paraId="2AE7E696" w14:textId="77777777" w:rsidR="00C64A7D" w:rsidRPr="005F1B35" w:rsidRDefault="00C767A4">
      <w:pPr>
        <w:autoSpaceDE w:val="0"/>
        <w:autoSpaceDN w:val="0"/>
        <w:spacing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каганат. Волжская Булгария.</w:t>
      </w:r>
    </w:p>
    <w:p w14:paraId="1D85D3A6" w14:textId="77777777" w:rsidR="00C64A7D" w:rsidRPr="005F1B35" w:rsidRDefault="00C767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Русь в </w:t>
      </w:r>
      <w:r>
        <w:rPr>
          <w:rFonts w:ascii="Times New Roman" w:eastAsia="Times New Roman" w:hAnsi="Times New Roman"/>
          <w:b/>
          <w:color w:val="000000"/>
          <w:sz w:val="24"/>
        </w:rPr>
        <w:t>IX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XII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14:paraId="321541E6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тыс. н. э.</w:t>
      </w:r>
    </w:p>
    <w:p w14:paraId="748DF00A" w14:textId="77777777" w:rsidR="00C64A7D" w:rsidRPr="005F1B35" w:rsidRDefault="00C767A4">
      <w:pPr>
        <w:autoSpaceDE w:val="0"/>
        <w:autoSpaceDN w:val="0"/>
        <w:spacing w:before="70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Формирование новой политической и этнической карты континента.</w:t>
      </w:r>
    </w:p>
    <w:p w14:paraId="043EA786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72AD64C4" w14:textId="77777777" w:rsidR="00C64A7D" w:rsidRPr="005F1B35" w:rsidRDefault="00C767A4">
      <w:pPr>
        <w:autoSpaceDE w:val="0"/>
        <w:autoSpaceDN w:val="0"/>
        <w:spacing w:before="70" w:after="0"/>
        <w:ind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00FFB00A" w14:textId="77777777" w:rsidR="00C64A7D" w:rsidRPr="005F1B35" w:rsidRDefault="00C767A4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Принятие христианства и его значение. Византийское наследие на Руси.</w:t>
      </w:r>
    </w:p>
    <w:p w14:paraId="6C11146C" w14:textId="77777777" w:rsidR="00C64A7D" w:rsidRPr="005F1B35" w:rsidRDefault="00C767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Русь в конце </w:t>
      </w:r>
      <w:r>
        <w:rPr>
          <w:rFonts w:ascii="Times New Roman" w:eastAsia="Times New Roman" w:hAnsi="Times New Roman"/>
          <w:color w:val="000000"/>
          <w:sz w:val="24"/>
        </w:rPr>
        <w:t>X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color w:val="000000"/>
          <w:sz w:val="24"/>
        </w:rPr>
        <w:t>XII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в. Территория и население государства Русь/Русская земля.</w:t>
      </w:r>
    </w:p>
    <w:p w14:paraId="66495431" w14:textId="77777777" w:rsidR="00C64A7D" w:rsidRPr="005F1B35" w:rsidRDefault="00C767A4">
      <w:pPr>
        <w:autoSpaceDE w:val="0"/>
        <w:autoSpaceDN w:val="0"/>
        <w:spacing w:before="70" w:after="0"/>
        <w:ind w:right="144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262FC2D4" w14:textId="77777777" w:rsidR="00C64A7D" w:rsidRPr="005F1B35" w:rsidRDefault="00C767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Общественный строй Руси: дискуссии в исторической науке. Князья, дружина. Духовенство.</w:t>
      </w:r>
    </w:p>
    <w:p w14:paraId="11520F7E" w14:textId="77777777" w:rsidR="00C64A7D" w:rsidRPr="005F1B35" w:rsidRDefault="00C767A4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14290B66" w14:textId="77777777" w:rsidR="00C64A7D" w:rsidRPr="005F1B35" w:rsidRDefault="00C767A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05A70B7E" w14:textId="77777777" w:rsidR="00C64A7D" w:rsidRPr="005F1B35" w:rsidRDefault="00C767A4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7470A687" w14:textId="77777777" w:rsidR="00C64A7D" w:rsidRPr="005F1B35" w:rsidRDefault="00C767A4">
      <w:pPr>
        <w:autoSpaceDE w:val="0"/>
        <w:autoSpaceDN w:val="0"/>
        <w:spacing w:before="70" w:after="0"/>
        <w:ind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</w:t>
      </w:r>
    </w:p>
    <w:p w14:paraId="20B18D5E" w14:textId="77777777" w:rsidR="00C64A7D" w:rsidRPr="005F1B35" w:rsidRDefault="00C767A4">
      <w:pPr>
        <w:autoSpaceDE w:val="0"/>
        <w:autoSpaceDN w:val="0"/>
        <w:spacing w:before="70" w:after="0" w:line="274" w:lineRule="auto"/>
        <w:ind w:right="144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56892098" w14:textId="77777777" w:rsidR="00C64A7D" w:rsidRPr="005F1B35" w:rsidRDefault="00C767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Русь в середине </w:t>
      </w:r>
      <w:r>
        <w:rPr>
          <w:rFonts w:ascii="Times New Roman" w:eastAsia="Times New Roman" w:hAnsi="Times New Roman"/>
          <w:b/>
          <w:color w:val="000000"/>
          <w:sz w:val="24"/>
        </w:rPr>
        <w:t>XII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XIII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14:paraId="65B45211" w14:textId="77777777" w:rsidR="00C64A7D" w:rsidRPr="005F1B35" w:rsidRDefault="00C767A4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Формирование системы земель —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51BD30C3" w14:textId="77777777" w:rsidR="00C64A7D" w:rsidRPr="005F1B35" w:rsidRDefault="00C767A4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620499D4" w14:textId="77777777" w:rsidR="00C64A7D" w:rsidRPr="005F1B35" w:rsidRDefault="00C767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Русские земли и их соседи в середине </w:t>
      </w:r>
      <w:r>
        <w:rPr>
          <w:rFonts w:ascii="Times New Roman" w:eastAsia="Times New Roman" w:hAnsi="Times New Roman"/>
          <w:b/>
          <w:color w:val="000000"/>
          <w:sz w:val="24"/>
        </w:rPr>
        <w:t>XIII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b/>
          <w:color w:val="000000"/>
          <w:sz w:val="24"/>
        </w:rPr>
        <w:t>XIV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</w:p>
    <w:p w14:paraId="658E56EB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</w:t>
      </w:r>
    </w:p>
    <w:p w14:paraId="20A96DB5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86" w:right="652" w:bottom="428" w:left="666" w:header="720" w:footer="720" w:gutter="0"/>
          <w:cols w:space="720" w:equalWidth="0">
            <w:col w:w="10582" w:space="0"/>
          </w:cols>
          <w:docGrid w:linePitch="360"/>
        </w:sectPr>
      </w:pPr>
    </w:p>
    <w:p w14:paraId="1EE287A8" w14:textId="77777777" w:rsidR="00C64A7D" w:rsidRPr="005F1B35" w:rsidRDefault="00C64A7D">
      <w:pPr>
        <w:autoSpaceDE w:val="0"/>
        <w:autoSpaceDN w:val="0"/>
        <w:spacing w:after="66" w:line="220" w:lineRule="exact"/>
        <w:rPr>
          <w:lang w:val="ru-RU"/>
        </w:rPr>
      </w:pPr>
    </w:p>
    <w:p w14:paraId="737AF5C5" w14:textId="77777777" w:rsidR="00C64A7D" w:rsidRPr="005F1B35" w:rsidRDefault="00C767A4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нашествия. Система зависимости русских земель от ордынских ханов (так называемое ордынское иго).</w:t>
      </w:r>
    </w:p>
    <w:p w14:paraId="4F337A2E" w14:textId="77777777" w:rsidR="00C64A7D" w:rsidRPr="005F1B35" w:rsidRDefault="00C767A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04E31B0B" w14:textId="77777777" w:rsidR="00C64A7D" w:rsidRPr="005F1B35" w:rsidRDefault="00C767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Ордена крестоносцев и борьба с их экспансией на западных границах Руси. Александр Невский.</w:t>
      </w:r>
    </w:p>
    <w:p w14:paraId="179130CB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38098D46" w14:textId="77777777" w:rsidR="00C64A7D" w:rsidRPr="005F1B35" w:rsidRDefault="00C767A4">
      <w:pPr>
        <w:autoSpaceDE w:val="0"/>
        <w:autoSpaceDN w:val="0"/>
        <w:spacing w:before="72" w:after="0" w:line="271" w:lineRule="auto"/>
        <w:ind w:right="144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eastAsia="Times New Roman" w:hAnsi="Times New Roman"/>
          <w:color w:val="000000"/>
          <w:sz w:val="24"/>
        </w:rPr>
        <w:t>XIII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eastAsia="Times New Roman" w:hAnsi="Times New Roman"/>
          <w:color w:val="000000"/>
          <w:sz w:val="24"/>
        </w:rPr>
        <w:t>XIV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в., нашествие Тимура.</w:t>
      </w:r>
    </w:p>
    <w:p w14:paraId="617D92BD" w14:textId="77777777" w:rsidR="00C64A7D" w:rsidRPr="005F1B35" w:rsidRDefault="00C767A4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Каффа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Тана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Солдайя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14:paraId="29735479" w14:textId="77777777" w:rsidR="00C64A7D" w:rsidRPr="005F1B35" w:rsidRDefault="00C767A4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487C6A71" w14:textId="77777777" w:rsidR="00C64A7D" w:rsidRPr="005F1B35" w:rsidRDefault="00C767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Формирование единого Русского государства в </w:t>
      </w:r>
      <w:r>
        <w:rPr>
          <w:rFonts w:ascii="Times New Roman" w:eastAsia="Times New Roman" w:hAnsi="Times New Roman"/>
          <w:b/>
          <w:color w:val="000000"/>
          <w:sz w:val="24"/>
        </w:rPr>
        <w:t>XV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14:paraId="680C4BA3" w14:textId="77777777" w:rsidR="00C64A7D" w:rsidRPr="005F1B35" w:rsidRDefault="00C767A4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в. Василий Темный. Новгород и Псков в 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— третий Рим». Иван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3ABE9D35" w14:textId="77777777" w:rsidR="00C64A7D" w:rsidRPr="005F1B35" w:rsidRDefault="00C767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Культурное пространство. Изменения восприятия мира. Сакрализация великокняжеской власти.</w:t>
      </w:r>
    </w:p>
    <w:p w14:paraId="3DA1D0CC" w14:textId="77777777" w:rsidR="00C64A7D" w:rsidRPr="005F1B35" w:rsidRDefault="00C767A4">
      <w:pPr>
        <w:autoSpaceDE w:val="0"/>
        <w:autoSpaceDN w:val="0"/>
        <w:spacing w:before="70" w:after="0"/>
        <w:ind w:right="576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Флорентийская уния. Установление автокефалии Русской церкви.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Внутрицерковная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борьба (иосифляне и нестяжатели). Ереси.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Геннадиевская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Хожение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за три моря» Афанасия Никитина. Архитектура. Русская икона как феномен мирового искусства.</w:t>
      </w:r>
    </w:p>
    <w:p w14:paraId="03D3F416" w14:textId="77777777" w:rsidR="00C64A7D" w:rsidRPr="005F1B35" w:rsidRDefault="00C767A4">
      <w:pPr>
        <w:autoSpaceDE w:val="0"/>
        <w:autoSpaceDN w:val="0"/>
        <w:spacing w:before="70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Повседневная жизнь горожан и сельских жителей в древнерусский и раннемосковский периоды.</w:t>
      </w:r>
    </w:p>
    <w:p w14:paraId="75479887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Наш край с древнейших времен до конца 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56B35725" w14:textId="77777777" w:rsidR="00C64A7D" w:rsidRPr="005F1B35" w:rsidRDefault="00C767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Обобщение</w:t>
      </w:r>
    </w:p>
    <w:p w14:paraId="39231A0E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86" w:right="620" w:bottom="822" w:left="666" w:header="720" w:footer="720" w:gutter="0"/>
          <w:cols w:space="720" w:equalWidth="0">
            <w:col w:w="10614" w:space="0"/>
          </w:cols>
          <w:docGrid w:linePitch="360"/>
        </w:sectPr>
      </w:pPr>
    </w:p>
    <w:p w14:paraId="12AB6F58" w14:textId="77777777" w:rsidR="00C64A7D" w:rsidRPr="005F1B35" w:rsidRDefault="00C64A7D">
      <w:pPr>
        <w:autoSpaceDE w:val="0"/>
        <w:autoSpaceDN w:val="0"/>
        <w:spacing w:after="78" w:line="220" w:lineRule="exact"/>
        <w:rPr>
          <w:lang w:val="ru-RU"/>
        </w:rPr>
      </w:pPr>
    </w:p>
    <w:p w14:paraId="55DB37CB" w14:textId="77777777" w:rsidR="00C64A7D" w:rsidRPr="005F1B35" w:rsidRDefault="00C767A4">
      <w:pPr>
        <w:autoSpaceDE w:val="0"/>
        <w:autoSpaceDN w:val="0"/>
        <w:spacing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</w:t>
      </w:r>
    </w:p>
    <w:p w14:paraId="55F842C2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Изучение истории в 6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3025E86A" w14:textId="77777777" w:rsidR="00C64A7D" w:rsidRPr="005F1B35" w:rsidRDefault="00C767A4">
      <w:pPr>
        <w:autoSpaceDE w:val="0"/>
        <w:autoSpaceDN w:val="0"/>
        <w:spacing w:before="26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3951FF7A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воспитания: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 </w:t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экологического воспитания: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14:paraId="19C2C46A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FF5C8DC" w14:textId="77777777" w:rsidR="00C64A7D" w:rsidRPr="005F1B35" w:rsidRDefault="00C64A7D">
      <w:pPr>
        <w:autoSpaceDE w:val="0"/>
        <w:autoSpaceDN w:val="0"/>
        <w:spacing w:after="72" w:line="220" w:lineRule="exact"/>
        <w:rPr>
          <w:lang w:val="ru-RU"/>
        </w:rPr>
      </w:pPr>
    </w:p>
    <w:p w14:paraId="73277C28" w14:textId="77777777" w:rsidR="00C64A7D" w:rsidRPr="005F1B35" w:rsidRDefault="00C767A4">
      <w:pPr>
        <w:autoSpaceDE w:val="0"/>
        <w:autoSpaceDN w:val="0"/>
        <w:spacing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14:paraId="4CD2FB5F" w14:textId="77777777" w:rsidR="00C64A7D" w:rsidRPr="005F1B35" w:rsidRDefault="00C767A4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адаптации к меняющимся условиям социальной и природной среды: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55025AA1" w14:textId="77777777" w:rsidR="00C64A7D" w:rsidRPr="005F1B35" w:rsidRDefault="00C767A4">
      <w:pPr>
        <w:autoSpaceDE w:val="0"/>
        <w:autoSpaceDN w:val="0"/>
        <w:spacing w:before="26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565BBAA3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 результаты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1813EB7D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самостоятельно).</w:t>
      </w:r>
    </w:p>
    <w:p w14:paraId="4F3DDFF1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13C50FF9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регулятивных действий: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0A027AC2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1C2C19E7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14:paraId="62EA79F3" w14:textId="77777777" w:rsidR="00C64A7D" w:rsidRPr="005F1B35" w:rsidRDefault="00C64A7D">
      <w:pPr>
        <w:autoSpaceDE w:val="0"/>
        <w:autoSpaceDN w:val="0"/>
        <w:spacing w:after="96" w:line="220" w:lineRule="exact"/>
        <w:rPr>
          <w:lang w:val="ru-RU"/>
        </w:rPr>
      </w:pPr>
    </w:p>
    <w:p w14:paraId="5855409C" w14:textId="77777777" w:rsidR="00C64A7D" w:rsidRPr="005F1B35" w:rsidRDefault="00C767A4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599C78A3" w14:textId="77777777" w:rsidR="00C64A7D" w:rsidRPr="005F1B35" w:rsidRDefault="00C767A4">
      <w:pPr>
        <w:autoSpaceDE w:val="0"/>
        <w:autoSpaceDN w:val="0"/>
        <w:spacing w:before="26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62CCE87E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166" w:after="0" w:line="281" w:lineRule="auto"/>
        <w:ind w:right="576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1. 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Знание хронологии, работа с хронологией: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даты важнейших событий Средневековья, определять их принадлежность к веку, историческому периоду;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устанавливать длительность и синхронность событий истории Руси и всеобщей истории.</w:t>
      </w:r>
    </w:p>
    <w:p w14:paraId="6A001D76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2" w:after="0" w:line="281" w:lineRule="auto"/>
        <w:ind w:right="432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2. 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Знание исторических фактов, работа с фактами: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эпохи Средневековья;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21772317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3.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исторической картой: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и показывать на карте исторические объекты, используя легенду карты; давать словесное описание их местоположения;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— походов,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завоеваний, колонизаций, о ключевых событиях средневековой истории.</w:t>
      </w:r>
    </w:p>
    <w:p w14:paraId="728A006B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4. 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историческими источниками: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основные виды письменных источников Средневековья (летописи, хроники,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законодательные акты, духовная литература, источники личного происхождения);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авторство, время, место создания источника;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в визуальном источнике и вещественном памятнике ключевые символы, образы; </w:t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позицию автора письменного и визуального исторического источника.</w:t>
      </w:r>
    </w:p>
    <w:p w14:paraId="333F0B9F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5. 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Историческое описание (реконструкция):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 ключевых событиях отечественной и всеобщей истории в эпоху Средневековья, их участниках;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об образе жизни различных групп населения в средневековых обществах на Руси и в других странах;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14ADAB41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6. 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Анализ, объяснение исторических событий, явлений: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</w:t>
      </w:r>
    </w:p>
    <w:p w14:paraId="658FA3F1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316" w:right="716" w:bottom="432" w:left="666" w:header="720" w:footer="720" w:gutter="0"/>
          <w:cols w:space="720" w:equalWidth="0">
            <w:col w:w="10518" w:space="0"/>
          </w:cols>
          <w:docGrid w:linePitch="360"/>
        </w:sectPr>
      </w:pPr>
    </w:p>
    <w:p w14:paraId="529151C1" w14:textId="77777777" w:rsidR="00C64A7D" w:rsidRPr="005F1B35" w:rsidRDefault="00C64A7D">
      <w:pPr>
        <w:autoSpaceDE w:val="0"/>
        <w:autoSpaceDN w:val="0"/>
        <w:spacing w:after="66" w:line="220" w:lineRule="exact"/>
        <w:rPr>
          <w:lang w:val="ru-RU"/>
        </w:rPr>
      </w:pPr>
    </w:p>
    <w:p w14:paraId="2BFA46F6" w14:textId="77777777" w:rsidR="00C64A7D" w:rsidRPr="005F1B35" w:rsidRDefault="00C767A4">
      <w:pPr>
        <w:tabs>
          <w:tab w:val="left" w:pos="180"/>
        </w:tabs>
        <w:autoSpaceDE w:val="0"/>
        <w:autoSpaceDN w:val="0"/>
        <w:spacing w:after="0"/>
        <w:ind w:right="288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событий; б) соотносить объяснение причин и следствий событий, представленное в нескольких текстах;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3B8109C8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7. 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Рассмотрение исторических версий и оценок, определение своего отношения к наиболее значимым событиям и личностям прошлого: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излагать оценки событий и личностей эпохи Средневековья, приводимые в учебной и научно-популярной литературе, объяснять, на каких фактах они основаны;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60612342" w14:textId="77777777" w:rsidR="00C64A7D" w:rsidRPr="005F1B35" w:rsidRDefault="00C767A4">
      <w:pPr>
        <w:tabs>
          <w:tab w:val="left" w:pos="180"/>
        </w:tabs>
        <w:autoSpaceDE w:val="0"/>
        <w:autoSpaceDN w:val="0"/>
        <w:spacing w:before="72" w:after="0"/>
        <w:rPr>
          <w:lang w:val="ru-RU"/>
        </w:rPr>
      </w:pP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8. </w:t>
      </w:r>
      <w:r w:rsidRPr="005F1B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Применение исторических знаний: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значение памятников истории и культуры Руси и других стран эпохи Средневековья, необходимость сохранения их в современном мире; </w:t>
      </w:r>
      <w:r w:rsidRPr="005F1B35">
        <w:rPr>
          <w:lang w:val="ru-RU"/>
        </w:rPr>
        <w:br/>
      </w:r>
      <w:r w:rsidRPr="005F1B35">
        <w:rPr>
          <w:lang w:val="ru-RU"/>
        </w:rPr>
        <w:tab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09928082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86" w:right="938" w:bottom="1440" w:left="666" w:header="720" w:footer="720" w:gutter="0"/>
          <w:cols w:space="720" w:equalWidth="0">
            <w:col w:w="10296" w:space="0"/>
          </w:cols>
          <w:docGrid w:linePitch="360"/>
        </w:sectPr>
      </w:pPr>
    </w:p>
    <w:p w14:paraId="5458B36C" w14:textId="77777777" w:rsidR="00C64A7D" w:rsidRPr="005F1B35" w:rsidRDefault="00C64A7D">
      <w:pPr>
        <w:autoSpaceDE w:val="0"/>
        <w:autoSpaceDN w:val="0"/>
        <w:spacing w:after="64" w:line="220" w:lineRule="exact"/>
        <w:rPr>
          <w:sz w:val="24"/>
          <w:szCs w:val="24"/>
          <w:lang w:val="ru-RU"/>
        </w:rPr>
      </w:pPr>
    </w:p>
    <w:p w14:paraId="69E818EA" w14:textId="77777777" w:rsidR="00C64A7D" w:rsidRPr="005F1B35" w:rsidRDefault="00C767A4">
      <w:pPr>
        <w:autoSpaceDE w:val="0"/>
        <w:autoSpaceDN w:val="0"/>
        <w:spacing w:after="258" w:line="233" w:lineRule="auto"/>
        <w:rPr>
          <w:sz w:val="24"/>
          <w:szCs w:val="24"/>
        </w:rPr>
      </w:pPr>
      <w:r w:rsidRPr="005F1B35">
        <w:rPr>
          <w:rFonts w:ascii="Times New Roman" w:eastAsia="Times New Roman" w:hAnsi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162"/>
        <w:gridCol w:w="528"/>
        <w:gridCol w:w="599"/>
        <w:gridCol w:w="567"/>
        <w:gridCol w:w="6379"/>
        <w:gridCol w:w="1265"/>
        <w:gridCol w:w="2704"/>
        <w:gridCol w:w="38"/>
      </w:tblGrid>
      <w:tr w:rsidR="00B179F3" w:rsidRPr="005F1B35" w14:paraId="131A0D7A" w14:textId="77777777" w:rsidTr="00EF5234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0AB51" w14:textId="77777777" w:rsidR="00B179F3" w:rsidRPr="005F1B35" w:rsidRDefault="00B179F3">
            <w:pPr>
              <w:autoSpaceDE w:val="0"/>
              <w:autoSpaceDN w:val="0"/>
              <w:spacing w:before="78" w:after="0" w:line="245" w:lineRule="auto"/>
              <w:jc w:val="center"/>
              <w:rPr>
                <w:sz w:val="24"/>
                <w:szCs w:val="24"/>
              </w:rPr>
            </w:pPr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5F1B35">
              <w:rPr>
                <w:sz w:val="24"/>
                <w:szCs w:val="24"/>
              </w:rPr>
              <w:br/>
            </w:r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8901E5" w14:textId="77777777" w:rsidR="00B179F3" w:rsidRPr="005F1B35" w:rsidRDefault="00B179F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1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1A5BE5" w14:textId="77777777" w:rsidR="00B179F3" w:rsidRPr="005F1B35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6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4458C1" w14:textId="77777777" w:rsidR="00B179F3" w:rsidRPr="005F1B35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0DB88E" w14:textId="77777777" w:rsidR="00B179F3" w:rsidRPr="005F1B35" w:rsidRDefault="00B179F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r w:rsidRPr="005F1B35">
              <w:rPr>
                <w:sz w:val="24"/>
                <w:szCs w:val="24"/>
              </w:rPr>
              <w:br/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формы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5F1B35">
              <w:rPr>
                <w:sz w:val="24"/>
                <w:szCs w:val="24"/>
              </w:rPr>
              <w:br/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E14A0" w14:textId="77777777" w:rsidR="00B179F3" w:rsidRPr="005F1B35" w:rsidRDefault="00B179F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B179F3" w:rsidRPr="005F1B35" w14:paraId="63BFDDCC" w14:textId="77777777" w:rsidTr="00EF5234">
        <w:trPr>
          <w:trHeight w:hRule="exact" w:val="1683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C281" w14:textId="77777777" w:rsidR="00B179F3" w:rsidRPr="005F1B35" w:rsidRDefault="00B179F3">
            <w:pPr>
              <w:rPr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D01C" w14:textId="77777777" w:rsidR="00B179F3" w:rsidRPr="005F1B35" w:rsidRDefault="00B179F3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41CF0A" w14:textId="77777777" w:rsidR="00B179F3" w:rsidRPr="005F1B35" w:rsidRDefault="00B179F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B078B1" w14:textId="77777777" w:rsidR="00B179F3" w:rsidRPr="005F1B35" w:rsidRDefault="00B179F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12F1C6" w14:textId="77777777" w:rsidR="00B179F3" w:rsidRPr="005F1B35" w:rsidRDefault="00B179F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1F9BE" w14:textId="77777777" w:rsidR="00B179F3" w:rsidRPr="005F1B35" w:rsidRDefault="00B179F3">
            <w:pPr>
              <w:rPr>
                <w:sz w:val="24"/>
                <w:szCs w:val="24"/>
              </w:rPr>
            </w:pPr>
          </w:p>
        </w:tc>
        <w:tc>
          <w:tcPr>
            <w:tcW w:w="1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6CC6E" w14:textId="77777777" w:rsidR="00B179F3" w:rsidRPr="005F1B35" w:rsidRDefault="00B179F3">
            <w:pPr>
              <w:rPr>
                <w:sz w:val="24"/>
                <w:szCs w:val="24"/>
              </w:rPr>
            </w:pPr>
          </w:p>
        </w:tc>
        <w:tc>
          <w:tcPr>
            <w:tcW w:w="2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9311" w14:textId="77777777" w:rsidR="00B179F3" w:rsidRPr="005F1B35" w:rsidRDefault="00B179F3">
            <w:pPr>
              <w:rPr>
                <w:sz w:val="24"/>
                <w:szCs w:val="24"/>
              </w:rPr>
            </w:pPr>
          </w:p>
        </w:tc>
      </w:tr>
      <w:tr w:rsidR="00C64A7D" w:rsidRPr="005F1B35" w14:paraId="49612086" w14:textId="77777777" w:rsidTr="00B179F3">
        <w:trPr>
          <w:gridAfter w:val="1"/>
          <w:wAfter w:w="38" w:type="dxa"/>
          <w:trHeight w:hRule="exact" w:val="348"/>
        </w:trPr>
        <w:tc>
          <w:tcPr>
            <w:tcW w:w="146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CC728" w14:textId="77777777" w:rsidR="00C64A7D" w:rsidRPr="005F1B35" w:rsidRDefault="00C767A4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1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</w:tr>
      <w:tr w:rsidR="00B179F3" w:rsidRPr="005F1B35" w14:paraId="1041A800" w14:textId="77777777" w:rsidTr="00EF5234">
        <w:trPr>
          <w:trHeight w:hRule="exact" w:val="23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98A19" w14:textId="77777777" w:rsidR="00B179F3" w:rsidRPr="005F1B35" w:rsidRDefault="00B179F3">
            <w:pPr>
              <w:autoSpaceDE w:val="0"/>
              <w:autoSpaceDN w:val="0"/>
              <w:spacing w:before="80" w:after="0" w:line="230" w:lineRule="auto"/>
              <w:jc w:val="center"/>
              <w:rPr>
                <w:sz w:val="24"/>
                <w:szCs w:val="24"/>
              </w:rPr>
            </w:pPr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A3BD9F" w14:textId="77777777" w:rsidR="00B179F3" w:rsidRPr="005F1B35" w:rsidRDefault="00B179F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E3CC0" w14:textId="77777777" w:rsidR="00B179F3" w:rsidRPr="005F1B35" w:rsidRDefault="00B179F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5D703D" w14:textId="77777777" w:rsidR="00B179F3" w:rsidRPr="005F1B35" w:rsidRDefault="00B179F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A78983" w14:textId="77777777" w:rsidR="00B179F3" w:rsidRPr="005F1B35" w:rsidRDefault="00B179F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326A8" w14:textId="77777777" w:rsidR="00B179F3" w:rsidRPr="005F1B35" w:rsidRDefault="00B179F3">
            <w:pPr>
              <w:autoSpaceDE w:val="0"/>
              <w:autoSpaceDN w:val="0"/>
              <w:spacing w:before="80" w:after="0" w:line="250" w:lineRule="auto"/>
              <w:ind w:left="72" w:right="86"/>
              <w:jc w:val="both"/>
              <w:rPr>
                <w:sz w:val="24"/>
                <w:szCs w:val="24"/>
                <w:lang w:val="ru-RU"/>
              </w:rPr>
            </w:pPr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Обозначать на ленте времени даты ключевых событий, связанных с падением Западной Римской империи, а также хронологические рамки и основные периоды истории Средних веков;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EBA20" w14:textId="77777777" w:rsidR="00B179F3" w:rsidRPr="005F1B35" w:rsidRDefault="00B179F3">
            <w:pPr>
              <w:autoSpaceDE w:val="0"/>
              <w:autoSpaceDN w:val="0"/>
              <w:spacing w:before="80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2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70EDB" w14:textId="77777777" w:rsidR="00B179F3" w:rsidRPr="005F1B35" w:rsidRDefault="00B179F3">
            <w:pPr>
              <w:autoSpaceDE w:val="0"/>
              <w:autoSpaceDN w:val="0"/>
              <w:spacing w:before="80" w:after="0" w:line="230" w:lineRule="auto"/>
              <w:jc w:val="center"/>
              <w:rPr>
                <w:sz w:val="24"/>
                <w:szCs w:val="24"/>
              </w:rPr>
            </w:pPr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https://resh.edu.ru/subject/lesson/7893/conspect/314609/</w:t>
            </w:r>
          </w:p>
        </w:tc>
      </w:tr>
      <w:tr w:rsidR="00C64A7D" w:rsidRPr="005F1B35" w14:paraId="03960AE3" w14:textId="77777777" w:rsidTr="00B179F3">
        <w:trPr>
          <w:gridAfter w:val="1"/>
          <w:wAfter w:w="38" w:type="dxa"/>
          <w:trHeight w:hRule="exact" w:val="348"/>
        </w:trPr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D6C391" w14:textId="77777777" w:rsidR="00C64A7D" w:rsidRPr="005F1B35" w:rsidRDefault="00C767A4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97B06" w14:textId="77777777" w:rsidR="00C64A7D" w:rsidRPr="005F1B35" w:rsidRDefault="00C767A4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5F1B3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17DDA" w14:textId="77777777" w:rsidR="00C64A7D" w:rsidRPr="005F1B35" w:rsidRDefault="00C64A7D">
            <w:pPr>
              <w:rPr>
                <w:sz w:val="24"/>
                <w:szCs w:val="24"/>
              </w:rPr>
            </w:pPr>
          </w:p>
        </w:tc>
      </w:tr>
      <w:tr w:rsidR="00C64A7D" w:rsidRPr="005F1B35" w14:paraId="74E556D8" w14:textId="77777777" w:rsidTr="00B179F3">
        <w:trPr>
          <w:gridAfter w:val="1"/>
          <w:wAfter w:w="38" w:type="dxa"/>
          <w:trHeight w:hRule="exact" w:val="328"/>
        </w:trPr>
        <w:tc>
          <w:tcPr>
            <w:tcW w:w="146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C4F27" w14:textId="77777777" w:rsidR="00C64A7D" w:rsidRPr="005F1B35" w:rsidRDefault="00C767A4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2.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История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Средних</w:t>
            </w:r>
            <w:proofErr w:type="spellEnd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F1B3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веков</w:t>
            </w:r>
            <w:proofErr w:type="spellEnd"/>
          </w:p>
        </w:tc>
      </w:tr>
    </w:tbl>
    <w:p w14:paraId="1D4187D8" w14:textId="77777777" w:rsidR="00C64A7D" w:rsidRPr="005F1B35" w:rsidRDefault="00C64A7D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14:paraId="7605282E" w14:textId="77777777" w:rsidR="00C64A7D" w:rsidRDefault="00C64A7D">
      <w:pPr>
        <w:sectPr w:rsidR="00C64A7D">
          <w:pgSz w:w="16840" w:h="11900"/>
          <w:pgMar w:top="282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EE36E30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162"/>
        <w:gridCol w:w="528"/>
        <w:gridCol w:w="315"/>
        <w:gridCol w:w="426"/>
        <w:gridCol w:w="6804"/>
        <w:gridCol w:w="1265"/>
        <w:gridCol w:w="2845"/>
      </w:tblGrid>
      <w:tr w:rsidR="00B179F3" w14:paraId="48485738" w14:textId="77777777" w:rsidTr="00EF5234">
        <w:trPr>
          <w:trHeight w:hRule="exact" w:val="1006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6FC7B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0DABE" w14:textId="77777777" w:rsidR="00B179F3" w:rsidRPr="00B179F3" w:rsidRDefault="00B179F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A47F9E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0AD02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A130C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98DCC" w14:textId="77777777" w:rsidR="00B179F3" w:rsidRPr="00B179F3" w:rsidRDefault="00B179F3">
            <w:pPr>
              <w:autoSpaceDE w:val="0"/>
              <w:autoSpaceDN w:val="0"/>
              <w:spacing w:before="78" w:after="0" w:line="257" w:lineRule="auto"/>
              <w:ind w:left="72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Показывать на исторической карте маршруты перемещения варварских народов в Европе в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</w:rPr>
              <w:t>V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—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</w:rPr>
              <w:t>VI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 вв. и наиболее значительные варварские королевства, основанные в бывших владениях Западной Римской империи; Характеризовать общественное устройство германских племен, объяснять, в чем состояли его отличия от римских порядков; Рассказывать, как вождь франков Хлодвиг сумел стать королем, укреплял свою власть. Раскрывать значение принятия Хлодвигом христианства; Объяснять значение понятий и терминов: Салическая правда, майордом, бенефиций; Рассказывать об обстоятельствах перехода королевской власти к династии Каролингов; Рассказывать, используя историческую карту, о завоеваниях Карла Великого; Представлять</w:t>
            </w:r>
            <w:r w:rsidR="00B653B2"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характеристику Карла Великого, давать оценку его деятельности; Объяснять смысл понятия «Каролингское возрождение»; Характеризовать обстоятельства и причины распада державы Карла Великого, показывать на исторической карте владения, на которые она распалась; Рассказывать о создании государств на территории бывшей империи Карла Великого — во Франции, германских и итальянских землях; Обозначать на ленте времени последовательность завоеваний Британских островов англами и саксами, норманнами в раннее Средневековье. Рассказывать о нормандском завоевании Англии в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</w:rPr>
              <w:t>XI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 в.; Характеризовать общественный строй норманнов, показывать на исторической карте маршруты их походов; Показывать на исторической карте государства, возникшие в раннее</w:t>
            </w:r>
            <w:r w:rsidR="00CE5E8E"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Средневековье в Восточной Европе (государства славянских народов, венгров); Объяснять значение принятия христианства восточноевропейскими народами; Рассказывать о просветительской миссии Кирилла и Мефодия; Раскрывать значение понятий и терминов: норманн, конунг, эрл,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драккар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, путь «из варяг в греки», миссионер, латиница, кириллица; Объяснять, из-за чего возникали конфликты между императорами Священной Римской империи и римскими папами; Извлекать и анализировать информацию из исторических </w:t>
            </w:r>
            <w:r w:rsidRPr="00B653B2">
              <w:rPr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 xml:space="preserve">источников (фрагментов Салической правды, документов, </w:t>
            </w:r>
            <w:r w:rsidRPr="00B653B2">
              <w:rPr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хроник);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41AE2B" w14:textId="77777777" w:rsidR="00B179F3" w:rsidRPr="00B179F3" w:rsidRDefault="00B179F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3600B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https://resh.edu.ru/subject/lesson/7898/start/314579/</w:t>
            </w:r>
          </w:p>
        </w:tc>
      </w:tr>
    </w:tbl>
    <w:p w14:paraId="1A46D54A" w14:textId="77777777" w:rsidR="00C64A7D" w:rsidRDefault="00C64A7D">
      <w:pPr>
        <w:autoSpaceDE w:val="0"/>
        <w:autoSpaceDN w:val="0"/>
        <w:spacing w:after="0" w:line="14" w:lineRule="exact"/>
      </w:pPr>
    </w:p>
    <w:p w14:paraId="2A713879" w14:textId="77777777" w:rsidR="00C64A7D" w:rsidRDefault="00C64A7D">
      <w:pPr>
        <w:sectPr w:rsidR="00C64A7D">
          <w:pgSz w:w="16840" w:h="11900"/>
          <w:pgMar w:top="284" w:right="640" w:bottom="123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4904376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97"/>
        <w:gridCol w:w="388"/>
        <w:gridCol w:w="238"/>
        <w:gridCol w:w="366"/>
        <w:gridCol w:w="6237"/>
        <w:gridCol w:w="709"/>
        <w:gridCol w:w="557"/>
        <w:gridCol w:w="708"/>
        <w:gridCol w:w="2420"/>
        <w:gridCol w:w="322"/>
      </w:tblGrid>
      <w:tr w:rsidR="00B179F3" w:rsidRPr="00B179F3" w14:paraId="7FF5FF75" w14:textId="77777777" w:rsidTr="00EF5234">
        <w:trPr>
          <w:trHeight w:hRule="exact" w:val="59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8E6FA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1C7E1" w14:textId="77777777" w:rsidR="00B179F3" w:rsidRPr="00B179F3" w:rsidRDefault="00B179F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Византийская империя в </w:t>
            </w: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VI</w:t>
            </w: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XI</w:t>
            </w: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DF262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865CE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65F43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51557E" w14:textId="77777777" w:rsidR="00B179F3" w:rsidRPr="00B179F3" w:rsidRDefault="00B179F3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Характеризовать, используя историческую карту, географическое положение и состав населения земель, входивших в Восточную часть Римской империи;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власти византийских императоров;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характеристику личности и деятельности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императора Юстиниана </w:t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I</w:t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(завоевания, законодательство,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строительство);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Объяснить значение понятий и терминов: </w:t>
            </w:r>
            <w:proofErr w:type="spellStart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ромеи</w:t>
            </w:r>
            <w:proofErr w:type="spellEnd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, басилевс, кодекс Юстиниана, базилика, икона, иконоборчество, церковный собор, фема;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Раскрывать, какое место занимала церковь в византийском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государстве, как складывались отношения императоров и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патриархов;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отношения Византии с соседними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государствами и народами, в том числе Русью;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описание внешнего вида и внутреннего убранства византийских храмов, используя иллюстрации учебника;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культурное наследие Византии, ее вклад в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мировую культуру;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9BFE7" w14:textId="77777777" w:rsidR="00B179F3" w:rsidRPr="00B179F3" w:rsidRDefault="00B179F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2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3E7F1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https://resh.edu.ru/subject/lesson/7895/start/314641/</w:t>
            </w:r>
          </w:p>
        </w:tc>
      </w:tr>
      <w:tr w:rsidR="00B179F3" w:rsidRPr="00B179F3" w14:paraId="1BBA24BA" w14:textId="77777777" w:rsidTr="00EF5234">
        <w:trPr>
          <w:gridAfter w:val="1"/>
          <w:wAfter w:w="322" w:type="dxa"/>
          <w:trHeight w:hRule="exact" w:val="992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635E6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E7EE9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Арабы в </w:t>
            </w: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VI</w:t>
            </w: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—Х</w:t>
            </w: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I</w:t>
            </w:r>
            <w:r w:rsidRPr="00B179F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79FFD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01839A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228ADA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5BA38" w14:textId="77777777" w:rsidR="00B179F3" w:rsidRPr="00B179F3" w:rsidRDefault="00B179F3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расселении и основных занятиях арабских племен; Объяснять, в чем заключался главный смысл проповедей пророка Мухаммада, чем отличалось его учение от традиционных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верований арабов;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значение понятий: ислам, хиджра, Коран, Сунна, Кааба, хадж, мечеть, имам, шариат, халиф, халифат;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Объяснять, какие положения были закреплены в главных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священных книгах ислама, какое значение они имели для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арабской общины;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исторической карте территории, завоеванные арабами к середине </w:t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VIII</w:t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в., объяснять причины побед арабских войск;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политику мусульманских правителей в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завоеванных землях. Объяснять причины распада Арабского халифата;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Раскрывать, в чем состоял вклад арабов в развитие наук,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литературы, искусства; </w:t>
            </w:r>
            <w:r w:rsidRPr="00B179F3">
              <w:rPr>
                <w:sz w:val="24"/>
                <w:szCs w:val="24"/>
                <w:lang w:val="ru-RU"/>
              </w:rPr>
              <w:br/>
            </w: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Представлять описание внешнего вида и внутреннего убранства мечетей арабского мира, используя иллюстрации учебника;</w:t>
            </w: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35B4E8" w14:textId="77777777" w:rsidR="00B179F3" w:rsidRPr="00B179F3" w:rsidRDefault="00B179F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A1BD2" w14:textId="77777777" w:rsidR="00B179F3" w:rsidRPr="00B179F3" w:rsidRDefault="00B179F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179F3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https://resh.edu.ru/subject/lesson/7894/start/254127/</w:t>
            </w:r>
          </w:p>
        </w:tc>
      </w:tr>
    </w:tbl>
    <w:p w14:paraId="4F1FBA74" w14:textId="77777777" w:rsidR="00C64A7D" w:rsidRPr="00B179F3" w:rsidRDefault="00C64A7D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14:paraId="0F40C78A" w14:textId="77777777" w:rsidR="00C64A7D" w:rsidRDefault="00C64A7D">
      <w:pPr>
        <w:sectPr w:rsidR="00C64A7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333B2FA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162"/>
        <w:gridCol w:w="528"/>
        <w:gridCol w:w="233"/>
        <w:gridCol w:w="366"/>
        <w:gridCol w:w="7796"/>
        <w:gridCol w:w="1266"/>
        <w:gridCol w:w="1891"/>
      </w:tblGrid>
      <w:tr w:rsidR="00CE5E8E" w14:paraId="0846DFEB" w14:textId="77777777" w:rsidTr="00EF5234">
        <w:trPr>
          <w:trHeight w:hRule="exact" w:val="103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6035A" w14:textId="77777777" w:rsidR="00CE5E8E" w:rsidRPr="00CE5E8E" w:rsidRDefault="00CE5E8E" w:rsidP="00CE5E8E">
            <w:pPr>
              <w:autoSpaceDE w:val="0"/>
              <w:autoSpaceDN w:val="0"/>
              <w:spacing w:before="78" w:after="0" w:line="230" w:lineRule="auto"/>
              <w:rPr>
                <w:sz w:val="24"/>
                <w:szCs w:val="24"/>
              </w:rPr>
            </w:pP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B6811" w14:textId="77777777" w:rsidR="00CE5E8E" w:rsidRPr="00CE5E8E" w:rsidRDefault="00CE5E8E" w:rsidP="00CE5E8E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CE5E8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Средневековое</w:t>
            </w:r>
            <w:proofErr w:type="spellEnd"/>
            <w:r w:rsidRPr="00CE5E8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CE5E8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европейское</w:t>
            </w:r>
            <w:proofErr w:type="spellEnd"/>
            <w:r w:rsidRPr="00CE5E8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CE5E8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F41BE2" w14:textId="77777777" w:rsidR="00CE5E8E" w:rsidRPr="00CE5E8E" w:rsidRDefault="00CE5E8E" w:rsidP="00CE5E8E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DE806B" w14:textId="77777777" w:rsidR="00CE5E8E" w:rsidRPr="00CE5E8E" w:rsidRDefault="00CE5E8E" w:rsidP="00CE5E8E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F18878" w14:textId="77777777" w:rsidR="00CE5E8E" w:rsidRPr="00CE5E8E" w:rsidRDefault="00CE5E8E" w:rsidP="00CE5E8E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D70B0" w14:textId="77777777" w:rsidR="00CE5E8E" w:rsidRPr="00CE5E8E" w:rsidRDefault="00CE5E8E" w:rsidP="00CE5E8E">
            <w:pPr>
              <w:autoSpaceDE w:val="0"/>
              <w:autoSpaceDN w:val="0"/>
              <w:spacing w:before="78" w:after="0" w:line="257" w:lineRule="auto"/>
              <w:ind w:left="72"/>
              <w:rPr>
                <w:sz w:val="24"/>
                <w:szCs w:val="24"/>
                <w:lang w:val="ru-RU"/>
              </w:rPr>
            </w:pP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Рассказывать, кто и с какой целью отдавал землю в феод, как строились отношения сеньора и вассала; Раскрывать значение понятий и терминов: феод, сеньор, вассал, сословие, рыцарь, турнир; Представлять характеристику средневекового рыцаря (социальное положение, образ жизни, кодекс рыцарской чести); Описывать внешний облик и внутреннюю планировку средневекового замка, объяснять назначение отдельных частей замка, построек; Характеризовать положение и повинности средневековых </w:t>
            </w:r>
            <w:r w:rsidRPr="00CE5E8E">
              <w:rPr>
                <w:sz w:val="24"/>
                <w:szCs w:val="24"/>
                <w:lang w:val="ru-RU"/>
              </w:rPr>
              <w:br/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крестьян; Объяснять значение понятий и терминов: барщина, подать, десятина, община, натуральное хозяйство; Рассказывать, как происходило возрождение городов в средневековой Европе; Называть основные группы населения средневековых городов, описывать их занятия и положение; Объяснять, как горожане добивались независимости своих городов от власти сеньоров; Раскрывать значение понятий: цех, гильдия, цеховой устав, городское право, городское самоуправление, магистрат, ратуша, ярмарка, банк; Показывать на исторической карте крупнейшие торговые центры средневековой Европы, основные торговые пути; Составлять описание центральной площади средневекового города (по выбору), объяснять назначение находившихся на ней зданий, характеризовать особенности их архитектуры; Рассказывать о повседневной жизни горожан, используя текст и иллюстрации учебника; Объяснять, какая информация содержится в средневековых миниатюрах, в чем состоит их ценность как исторических </w:t>
            </w:r>
            <w:r w:rsidRPr="00CE5E8E">
              <w:rPr>
                <w:sz w:val="24"/>
                <w:szCs w:val="24"/>
                <w:lang w:val="ru-RU"/>
              </w:rPr>
              <w:br/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источников; Характеризовать место церкви в средневековом обществе </w:t>
            </w:r>
            <w:r w:rsidRPr="00CE5E8E">
              <w:rPr>
                <w:sz w:val="24"/>
                <w:szCs w:val="24"/>
                <w:lang w:val="ru-RU"/>
              </w:rPr>
              <w:br/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(церковная иерархия, влияние церкви на общество, </w:t>
            </w:r>
            <w:r w:rsidRPr="00CE5E8E">
              <w:rPr>
                <w:sz w:val="24"/>
                <w:szCs w:val="24"/>
                <w:lang w:val="ru-RU"/>
              </w:rPr>
              <w:br/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имущественное положение); Раскрывать значение понятий и терминов: монастырь, монашеский орден, Святая земля, крестоносцы; </w:t>
            </w:r>
            <w:r w:rsidRPr="00CE5E8E">
              <w:rPr>
                <w:sz w:val="24"/>
                <w:szCs w:val="24"/>
                <w:lang w:val="ru-RU"/>
              </w:rPr>
              <w:br/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Объяснять, кто и почему отправлялся в походы в Святую землю.</w:t>
            </w:r>
          </w:p>
          <w:p w14:paraId="05A8C49E" w14:textId="77777777" w:rsidR="00CE5E8E" w:rsidRPr="00CE5E8E" w:rsidRDefault="00CE5E8E" w:rsidP="00CE5E8E">
            <w:pPr>
              <w:autoSpaceDE w:val="0"/>
              <w:autoSpaceDN w:val="0"/>
              <w:spacing w:before="20" w:after="0" w:line="254" w:lineRule="auto"/>
              <w:ind w:right="144"/>
              <w:rPr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наиболее значительные Крестовые походы, их участников и итоги; Подготовить сообщение о духовно-рыцарских орденах, </w:t>
            </w:r>
            <w:r w:rsidRPr="00CE5E8E">
              <w:rPr>
                <w:sz w:val="24"/>
                <w:szCs w:val="24"/>
                <w:lang w:val="ru-RU"/>
              </w:rPr>
              <w:br/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созданных во время Крестовых походов (с использованием информации учебника и дополнительных материалов); Характеризовать причины появления и основные положения еретических учений в европейских странах в </w:t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XII</w:t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XIII</w:t>
            </w: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вв.; Рассказывать, какие средства и методы церковь использовала в борьбе против еретиков; Объяснять значение понятия инквизиция;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B891D" w14:textId="77777777" w:rsidR="00CE5E8E" w:rsidRPr="00CE5E8E" w:rsidRDefault="00CE5E8E" w:rsidP="00CE5E8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7DB5A" w14:textId="77777777" w:rsidR="00CE5E8E" w:rsidRPr="00CE5E8E" w:rsidRDefault="00CE5E8E" w:rsidP="00CE5E8E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CE5E8E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https://resh.edu.ru/subject/lesson/7906/start/254096/</w:t>
            </w:r>
          </w:p>
        </w:tc>
      </w:tr>
    </w:tbl>
    <w:p w14:paraId="2208F425" w14:textId="77777777" w:rsidR="00C64A7D" w:rsidRDefault="00C64A7D" w:rsidP="00CE5E8E">
      <w:pPr>
        <w:autoSpaceDE w:val="0"/>
        <w:autoSpaceDN w:val="0"/>
        <w:spacing w:after="0" w:line="14" w:lineRule="exact"/>
      </w:pPr>
    </w:p>
    <w:p w14:paraId="4C8AE4A4" w14:textId="77777777" w:rsidR="00C64A7D" w:rsidRDefault="00C64A7D">
      <w:pPr>
        <w:sectPr w:rsidR="00C64A7D">
          <w:pgSz w:w="16840" w:h="11900"/>
          <w:pgMar w:top="284" w:right="640" w:bottom="85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7724012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97"/>
        <w:gridCol w:w="393"/>
        <w:gridCol w:w="233"/>
        <w:gridCol w:w="234"/>
        <w:gridCol w:w="7503"/>
        <w:gridCol w:w="1266"/>
        <w:gridCol w:w="2316"/>
      </w:tblGrid>
      <w:tr w:rsidR="00B653B2" w:rsidRPr="00B653B2" w14:paraId="5BC544BB" w14:textId="77777777" w:rsidTr="00EF5234">
        <w:trPr>
          <w:trHeight w:hRule="exact" w:val="57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0B9DF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776DB" w14:textId="77777777" w:rsidR="00B653B2" w:rsidRPr="00B653B2" w:rsidRDefault="00B653B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Государства Европы в </w:t>
            </w:r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XII</w:t>
            </w:r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XV</w:t>
            </w:r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7770A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E9F6A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664D3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6B8C9" w14:textId="77777777" w:rsidR="00B653B2" w:rsidRPr="00B653B2" w:rsidRDefault="00B653B2">
            <w:pPr>
              <w:autoSpaceDE w:val="0"/>
              <w:autoSpaceDN w:val="0"/>
              <w:spacing w:before="78" w:after="0" w:line="257" w:lineRule="auto"/>
              <w:ind w:left="72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Раскрывать, в чем выражалось усиление королевской власти в странах Западной Европы в период зрелого Средневековья; Рассказывать о создании парламентов в европейских государствах, раскрывать значение этих событий; Объяснять смысл понятий и терминов: сословно-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представительная монархия, парламент, централизованное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государство, Великая хартия вольностей, Реконкиста; Рассказывать о создании централизованных государств в Англии, Франции, на Пиренейском полуострове, выделять общие черты этих процессов и особенности отдельных стран; Называть причины, главных участников, ключевые события и итоги Столетней войны. Объяснять, чем известна в истории Жанна Д’Арк; Раскрывать особенности политического развития земель Священной Римской империи и итальянских государств;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развитии сельского хозяйства и усилении городов в странах Западной Европы в период зрелого Средневековья; Объяснять причины обострения социальных противоречий в городах и деревнях;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крупнейшие восстания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XIV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в. (Жакерия, восстание под руководством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Уота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Тайлера); Представлять характеристику гуситского движения в Чехии и Гуситских войн 1419—1434 гг.;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исторической карте территории и государства, завоеванные османами в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XIV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XV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вв.;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взятии османами Константинополя. Объяснять, как было воспринято современниками это событие и какие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последствия оно имело;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2BD175" w14:textId="77777777" w:rsidR="00B653B2" w:rsidRPr="00B653B2" w:rsidRDefault="00B653B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0F5890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https://resh.edu.ru/subject/lesson/7903/start/314673/</w:t>
            </w:r>
          </w:p>
        </w:tc>
      </w:tr>
      <w:tr w:rsidR="00B653B2" w:rsidRPr="00B653B2" w14:paraId="6ED2B1CB" w14:textId="77777777" w:rsidTr="00EF5234">
        <w:trPr>
          <w:trHeight w:hRule="exact" w:val="486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EAB185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91141" w14:textId="77777777" w:rsidR="00B653B2" w:rsidRPr="00B653B2" w:rsidRDefault="00B653B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Культура</w:t>
            </w:r>
            <w:proofErr w:type="spellEnd"/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средневековой</w:t>
            </w:r>
            <w:proofErr w:type="spellEnd"/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Европы</w:t>
            </w:r>
            <w:proofErr w:type="spellEnd"/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07F7EE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BF2F1D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7F5A93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2C11A" w14:textId="77777777" w:rsidR="00B653B2" w:rsidRPr="00B653B2" w:rsidRDefault="00B653B2">
            <w:pPr>
              <w:autoSpaceDE w:val="0"/>
              <w:autoSpaceDN w:val="0"/>
              <w:spacing w:before="76" w:after="0" w:line="257" w:lineRule="auto"/>
              <w:ind w:left="72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роль религии в жизни средневекового человека и общества;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Объяснять, кого и чему учили в средневековых школах; Рассказывать, когда и в каких странах появились первые европейские университеты, кто выступал их основателями; Объяснять значение понятий и терминов: университет, магистр, лекция, диспут, схоластика; Раскрывать, в чем проявлялся сословный характер средневековой культуры, приводить примеры разных литературных жанров; Характеризовать основные черты романского и готического стилей в художественной культуре, выявлять их в изображениях архитектурных сооружений; Раскрывать значение понятий и терминов: романский стиль, готика, гуманизм, Возрождение;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Называть известных представителей европейского гуманизма и Раннего Воз-рождения, объяснять, что было новым в их взглядах на мир и человека; Представлять рассказ (сообщение) о жизни и творчестве мастеров Раннего Возрождения (по выбору); Раскрывать значение изобретения европейского книгопечатания;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76B41F" w14:textId="77777777" w:rsidR="00B653B2" w:rsidRPr="00B653B2" w:rsidRDefault="00B653B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8F382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https://resh.edu.ru/subject/lesson/7900/start/254221/</w:t>
            </w:r>
          </w:p>
        </w:tc>
      </w:tr>
    </w:tbl>
    <w:p w14:paraId="23FBA458" w14:textId="77777777" w:rsidR="00EF5234" w:rsidRPr="00EF5234" w:rsidRDefault="00EF5234" w:rsidP="00EF5234">
      <w:pPr>
        <w:tabs>
          <w:tab w:val="left" w:pos="10608"/>
        </w:tabs>
        <w:sectPr w:rsidR="00EF5234" w:rsidRPr="00EF5234">
          <w:pgSz w:w="16840" w:h="11900"/>
          <w:pgMar w:top="284" w:right="640" w:bottom="68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7DC9784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97"/>
        <w:gridCol w:w="393"/>
        <w:gridCol w:w="315"/>
        <w:gridCol w:w="426"/>
        <w:gridCol w:w="7371"/>
        <w:gridCol w:w="1265"/>
        <w:gridCol w:w="2137"/>
        <w:gridCol w:w="38"/>
      </w:tblGrid>
      <w:tr w:rsidR="00B653B2" w14:paraId="789032D0" w14:textId="77777777" w:rsidTr="00EF5234">
        <w:trPr>
          <w:trHeight w:hRule="exact" w:val="69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AD6ABC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2.7.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48895" w14:textId="77777777" w:rsidR="00B653B2" w:rsidRPr="00B653B2" w:rsidRDefault="00B653B2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8B79D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8C2B3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21D80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52947D" w14:textId="77777777" w:rsidR="00B653B2" w:rsidRPr="00B653B2" w:rsidRDefault="00B653B2">
            <w:pPr>
              <w:autoSpaceDE w:val="0"/>
              <w:autoSpaceDN w:val="0"/>
              <w:spacing w:before="78" w:after="0" w:line="257" w:lineRule="auto"/>
              <w:ind w:left="72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исторической карте территории крупнейших государств Востока в Средние века; Рассказывать, используя историческую карту, о возникновении Османского государства и завоеваниях турок-османов в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XIII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XV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вв.; Характеризовать систему управления Османской империей, политику османов в отношении покоренных народов;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Систематизировать в форме таблицы информацию о завоеваниях монголов в правление Чингисхана и его наследников; Рассказывать об организации и вооружении монгольского войска; Показывать на карте территории главных улусов монгольской державы и объяснять, как монголы управляли завоеванными землями; Объяснять, как было организовано управление средневековыми китайскими империями, как осуществлялась подготовка императорских чиновников;</w:t>
            </w:r>
            <w:r w:rsid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важнейшие изобретения китайцев в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VII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XIII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вв. и объяснять, как эти изобретения попадали к другим народам; Объяснять, каким было положение императора в Японии и какую роль в управлении страной играли сегуны; Рассказывать о религиозных верованиях жителей Японии; Сравнивать статус и кодекс поведения японского самурая и европейского рыцаря, определять, что было общим; Рассказывать, используя историческую карту, о мусульманском завоевании Индии и создании Делийского султаната; Используя иллюстрации, рассказывать о культуре народов Востока в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V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XV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вв., распознавать характерные черты в архитектурных сооружениях, произведениях живописи;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742DA" w14:textId="77777777" w:rsidR="00B653B2" w:rsidRPr="00B653B2" w:rsidRDefault="00B653B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6C4496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https://resh.edu.ru/subject/lesson/7899/start/253472/</w:t>
            </w:r>
          </w:p>
        </w:tc>
      </w:tr>
      <w:tr w:rsidR="00B653B2" w14:paraId="095C2F58" w14:textId="77777777" w:rsidTr="00EF5234">
        <w:trPr>
          <w:trHeight w:hRule="exact" w:val="254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A58C3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2.8.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2C0CC6" w14:textId="77777777" w:rsidR="00B653B2" w:rsidRPr="00B653B2" w:rsidRDefault="00B653B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30343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0FA94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9E66B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96ADE" w14:textId="77777777" w:rsidR="00B653B2" w:rsidRPr="00B653B2" w:rsidRDefault="00B653B2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древних обитателях Америки, условиях их жизни, основных занятиях; Называть и показывать на исторической карте крупные государства, существовавшие в Америке в эпоху Средневековья; Систематизировать материал о цивилизациях средневековой Америки в таблице (территория, главные города, правители, религиозные верования, знания, искусство);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сообщение (презентацию) о художественной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культуре одной из средневековых цивилизаций Америки (по выбору);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591E1" w14:textId="77777777" w:rsidR="00B653B2" w:rsidRPr="00B653B2" w:rsidRDefault="00B653B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BA264E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https://resh.edu.ru/subject/lesson/7899/start/253472/</w:t>
            </w:r>
          </w:p>
        </w:tc>
      </w:tr>
      <w:tr w:rsidR="00B653B2" w14:paraId="3B927A4A" w14:textId="77777777" w:rsidTr="00EF5234">
        <w:trPr>
          <w:trHeight w:hRule="exact" w:val="9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90EE81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2.9.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1A92CB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7E5DF8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E7E656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C32CF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5E034" w14:textId="77777777" w:rsidR="00B653B2" w:rsidRPr="00B653B2" w:rsidRDefault="00B653B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Представлять историческое и культурное наследие Средних веков;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66FCC9" w14:textId="77777777" w:rsidR="00B653B2" w:rsidRPr="00B653B2" w:rsidRDefault="00B653B2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FC994F" w14:textId="77777777" w:rsidR="00B653B2" w:rsidRPr="00B653B2" w:rsidRDefault="00B653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https://resh.edu.ru/subject/lesson/7899/start/253472/</w:t>
            </w:r>
          </w:p>
        </w:tc>
      </w:tr>
      <w:tr w:rsidR="00C64A7D" w14:paraId="409BEE27" w14:textId="77777777" w:rsidTr="004B52B2">
        <w:trPr>
          <w:gridAfter w:val="1"/>
          <w:wAfter w:w="38" w:type="dxa"/>
          <w:trHeight w:hRule="exact" w:val="350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6A35D5" w14:textId="77777777" w:rsidR="00C64A7D" w:rsidRPr="00B653B2" w:rsidRDefault="00C767A4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01B1F" w14:textId="77777777" w:rsidR="00C64A7D" w:rsidRPr="00B653B2" w:rsidRDefault="00C767A4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22</w:t>
            </w:r>
          </w:p>
        </w:tc>
        <w:tc>
          <w:tcPr>
            <w:tcW w:w="11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3D6016" w14:textId="77777777" w:rsidR="00C64A7D" w:rsidRPr="00B653B2" w:rsidRDefault="00C64A7D">
            <w:pPr>
              <w:rPr>
                <w:sz w:val="24"/>
                <w:szCs w:val="24"/>
              </w:rPr>
            </w:pPr>
          </w:p>
        </w:tc>
      </w:tr>
      <w:tr w:rsidR="00C64A7D" w:rsidRPr="00934361" w14:paraId="24A3ACAA" w14:textId="77777777" w:rsidTr="004B52B2">
        <w:trPr>
          <w:gridAfter w:val="1"/>
          <w:wAfter w:w="38" w:type="dxa"/>
          <w:trHeight w:hRule="exact" w:val="348"/>
        </w:trPr>
        <w:tc>
          <w:tcPr>
            <w:tcW w:w="146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0C36EB" w14:textId="77777777" w:rsidR="00C64A7D" w:rsidRPr="00B653B2" w:rsidRDefault="00C767A4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Раздел 3. История России. От Руси к Российскому государству</w:t>
            </w:r>
          </w:p>
        </w:tc>
      </w:tr>
      <w:tr w:rsidR="00B653B2" w14:paraId="7B57811E" w14:textId="77777777" w:rsidTr="00EF5234">
        <w:trPr>
          <w:trHeight w:hRule="exact" w:val="1085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23C0B0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A3EBFE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130C2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8793E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FEF41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7A5F23" w14:textId="77777777" w:rsidR="00B653B2" w:rsidRPr="00B653B2" w:rsidRDefault="00B653B2">
            <w:pPr>
              <w:autoSpaceDE w:val="0"/>
              <w:autoSpaceDN w:val="0"/>
              <w:spacing w:before="76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Объяснять, что изучает история Отечества</w:t>
            </w:r>
            <w:proofErr w:type="gram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; Различать</w:t>
            </w:r>
            <w:proofErr w:type="gram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виды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исторических источников, с опорой на приобретенные ранее знания (5—6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кл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.); Характеризовать источники по российской истории; </w:t>
            </w:r>
            <w:r w:rsidRPr="00B653B2">
              <w:rPr>
                <w:sz w:val="24"/>
                <w:szCs w:val="24"/>
                <w:lang w:val="ru-RU"/>
              </w:rPr>
              <w:br/>
            </w: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Показывать своеобразие геополитического положения России с опорой на историческую карту;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0A958" w14:textId="77777777" w:rsidR="00B653B2" w:rsidRPr="00B653B2" w:rsidRDefault="00B653B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D5089" w14:textId="77777777" w:rsidR="00B653B2" w:rsidRPr="00B653B2" w:rsidRDefault="00B653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B653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https://resh.edu.ru/subject/lesson/7907/start/253785/</w:t>
            </w:r>
          </w:p>
        </w:tc>
      </w:tr>
    </w:tbl>
    <w:p w14:paraId="67014492" w14:textId="77777777" w:rsidR="00C64A7D" w:rsidRDefault="00C64A7D">
      <w:pPr>
        <w:autoSpaceDE w:val="0"/>
        <w:autoSpaceDN w:val="0"/>
        <w:spacing w:after="0" w:line="14" w:lineRule="exact"/>
      </w:pPr>
    </w:p>
    <w:p w14:paraId="36B08BCD" w14:textId="77777777" w:rsidR="00C64A7D" w:rsidRDefault="00C64A7D">
      <w:pPr>
        <w:sectPr w:rsidR="00C64A7D">
          <w:pgSz w:w="16840" w:h="11900"/>
          <w:pgMar w:top="284" w:right="640" w:bottom="29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DF00D7E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97"/>
        <w:gridCol w:w="393"/>
        <w:gridCol w:w="233"/>
        <w:gridCol w:w="508"/>
        <w:gridCol w:w="7361"/>
        <w:gridCol w:w="1275"/>
        <w:gridCol w:w="2175"/>
      </w:tblGrid>
      <w:tr w:rsidR="004B52B2" w14:paraId="0270ECAD" w14:textId="77777777" w:rsidTr="00EF5234">
        <w:trPr>
          <w:trHeight w:hRule="exact" w:val="977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426254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31C44" w14:textId="77777777" w:rsidR="004B52B2" w:rsidRPr="004B52B2" w:rsidRDefault="004B52B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sz w:val="24"/>
                <w:szCs w:val="24"/>
                <w:lang w:val="ru-RU"/>
              </w:rPr>
            </w:pP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Европа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 середине 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I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017F9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4478EF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03B9F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5C1195" w14:textId="77777777" w:rsidR="004B52B2" w:rsidRPr="004B52B2" w:rsidRDefault="004B52B2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Находить и показывать на исторической карте места расселения древнего человека на территории России, древние государства Поволжья, Кавказа и Северного Причерноморья;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Описывать условия жизни, занятия, верования земледельческих и кочевых племен, народов;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культурное наследие древних цивилизаций на территории нашей страны (привлекая знания из истории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Древнего мира);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межэтнических контактов и взаимодействий; Характеризовать общественный строй и политическую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организацию восточных славян;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Описывать жизнь и быт, верования славян;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Объяснять смысл понятий и терминов: ислам, иудаизм, подсечная система земледелия, присваивающее хозяйство, производящее хозяйство, язычество;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B84A1" w14:textId="77777777" w:rsidR="004B52B2" w:rsidRPr="004B52B2" w:rsidRDefault="004B52B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BBE5EF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https://resh.edu.ru/subject/lesson/7908/start/314735/</w:t>
            </w:r>
          </w:p>
        </w:tc>
      </w:tr>
    </w:tbl>
    <w:p w14:paraId="41345D13" w14:textId="77777777" w:rsidR="00C64A7D" w:rsidRDefault="00C64A7D">
      <w:pPr>
        <w:autoSpaceDE w:val="0"/>
        <w:autoSpaceDN w:val="0"/>
        <w:spacing w:after="0" w:line="14" w:lineRule="exact"/>
      </w:pPr>
    </w:p>
    <w:p w14:paraId="10E36C89" w14:textId="77777777" w:rsidR="00C64A7D" w:rsidRDefault="00C64A7D">
      <w:pPr>
        <w:sectPr w:rsidR="00C64A7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FC78AF3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97"/>
        <w:gridCol w:w="393"/>
        <w:gridCol w:w="315"/>
        <w:gridCol w:w="284"/>
        <w:gridCol w:w="7229"/>
        <w:gridCol w:w="1549"/>
        <w:gridCol w:w="2175"/>
      </w:tblGrid>
      <w:tr w:rsidR="004B52B2" w14:paraId="3924B478" w14:textId="77777777" w:rsidTr="00EF5234">
        <w:trPr>
          <w:trHeight w:hRule="exact" w:val="977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2A7B8C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279A8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Русь в 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IX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 начале 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XII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920D07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13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0AAE11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C4AAEE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DE1D63" w14:textId="77777777" w:rsidR="004B52B2" w:rsidRPr="004B52B2" w:rsidRDefault="004B52B2">
            <w:pPr>
              <w:autoSpaceDE w:val="0"/>
              <w:autoSpaceDN w:val="0"/>
              <w:spacing w:before="78" w:after="0" w:line="257" w:lineRule="auto"/>
              <w:ind w:left="72"/>
              <w:rPr>
                <w:sz w:val="24"/>
                <w:szCs w:val="24"/>
                <w:lang w:val="ru-RU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предпосылки и называть время образования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государства Русь</w:t>
            </w:r>
            <w:proofErr w:type="gram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; Показывать</w:t>
            </w:r>
            <w:proofErr w:type="gram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на исторической карте территорию государства Русь, главные торговые пути, крупные города. Извлекать из исторической карты информацию о направлениях походов князей (Олега, Игоря, Святослава); Систематизировать информацию о деятельности первых русских князей (в виде таблицы); Приводить примеры взаимоотношений Руси с соседними племенами и государствами; Давать оценку значению принятия христианства на Руси; Объяснять смысл понятий и терминов: государство, Русь, христианство, православие, князь, дружина, полюдье, дань, уроки, погосты; Характеризовать политический строй Руси, внутреннюю и внешнюю политику русских князей в конце 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— первой трети 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XII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в.; Раскрывать значение съезда князей в </w:t>
            </w: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Любече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; Извлекать информацию из письменных источников: «Русской Правды», «Устава» Владимира Мономаха и использовать ее в рассказе о положении отдельных групп населения Руси; Составлять характеристику (исторический портрет) Ярослава Мудрого, Владимира Мономаха (привлекая дополнительные источники информации); Рассказывать о роли Православной церкви на Руси; Объяснять смысл понятий и терминов: вече, вотчина, люди, смерды, закупы, холопы, посадник, десятина, митрополит, монастырь, инок (монах); Описывать древнерусский город; рассказывать о жизни горожан; Характеризовать основные достижения культуры Древней Руси; Объяснять смысл понятий и терминов: крестово-купольный храм, фреска, мозаика, берестяные грамоты, летопись, житие, былины; Описывать памятники древнерусского зодчества (Софийские соборы в Киеве и Новгороде) и древнерусской живописи (фрески и мозаики, иконы), предметы декоративно-прикладного искусства и др.; Осуществлять поиск информации для проектной работы «Как жили наши предки в далеком прошлом» (на материале истории края, города);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A5041" w14:textId="77777777" w:rsidR="004B52B2" w:rsidRPr="004B52B2" w:rsidRDefault="004B52B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5C008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https://resh.edu.ru/subject/lesson/7911/start/315646/</w:t>
            </w:r>
          </w:p>
        </w:tc>
      </w:tr>
    </w:tbl>
    <w:p w14:paraId="502C36F6" w14:textId="77777777" w:rsidR="00C64A7D" w:rsidRDefault="00C64A7D">
      <w:pPr>
        <w:autoSpaceDE w:val="0"/>
        <w:autoSpaceDN w:val="0"/>
        <w:spacing w:after="0" w:line="14" w:lineRule="exact"/>
      </w:pPr>
    </w:p>
    <w:p w14:paraId="4B454D43" w14:textId="77777777" w:rsidR="00C64A7D" w:rsidRDefault="00C64A7D">
      <w:pPr>
        <w:sectPr w:rsidR="00C64A7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CB1F1A3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97"/>
        <w:gridCol w:w="393"/>
        <w:gridCol w:w="233"/>
        <w:gridCol w:w="234"/>
        <w:gridCol w:w="7645"/>
        <w:gridCol w:w="1265"/>
        <w:gridCol w:w="2704"/>
      </w:tblGrid>
      <w:tr w:rsidR="004B52B2" w14:paraId="4B2C91CB" w14:textId="77777777" w:rsidTr="00EF5234">
        <w:trPr>
          <w:trHeight w:hRule="exact" w:val="396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8FBC14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2F1824" w14:textId="77777777" w:rsidR="004B52B2" w:rsidRPr="004B52B2" w:rsidRDefault="004B52B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Русь в середине 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XII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—начале 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XIII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BE04DA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D0EFD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C4DA0C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EDEBE7" w14:textId="77777777" w:rsidR="004B52B2" w:rsidRPr="004B52B2" w:rsidRDefault="004B52B2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время и раскрывать причины и последствия распада Руси на отдельные самостоятельные земли; Извлекать из исторической карты информацию о географическом положении важнейших самостоятельных центров Руси; раскрывать их особенности;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социально-политическое развитие, достижения культуры от-дельных земель (в том числе с использованием регионального материала); Систематизировать материал о важнейших русских землях в 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XII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— первой трети 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XIII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в. (в форме таблицы); Проводить поиск исторической информации для сообщений об отдельных исторических личностях и памятниках культуры периода политической раздробленности; Описывать памятники архитектуры рассматриваемого периода (включая региональные);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FEC30" w14:textId="77777777" w:rsidR="004B52B2" w:rsidRPr="004B52B2" w:rsidRDefault="004B52B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4BD3D" w14:textId="77777777" w:rsidR="004B52B2" w:rsidRPr="004B52B2" w:rsidRDefault="004B52B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https://resh.edu.ru/subject/lesson/7916/start/296919/</w:t>
            </w:r>
          </w:p>
        </w:tc>
      </w:tr>
      <w:tr w:rsidR="004B52B2" w14:paraId="6D89D191" w14:textId="77777777" w:rsidTr="00EF5234">
        <w:trPr>
          <w:trHeight w:hRule="exact" w:val="102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E20146" w14:textId="77777777" w:rsidR="004B52B2" w:rsidRPr="004B52B2" w:rsidRDefault="004B52B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579CD2" w14:textId="77777777" w:rsidR="004B52B2" w:rsidRPr="004B52B2" w:rsidRDefault="004B52B2">
            <w:pPr>
              <w:autoSpaceDE w:val="0"/>
              <w:autoSpaceDN w:val="0"/>
              <w:spacing w:before="76" w:after="0" w:line="250" w:lineRule="auto"/>
              <w:ind w:left="72" w:right="432"/>
              <w:rPr>
                <w:sz w:val="24"/>
                <w:szCs w:val="24"/>
                <w:lang w:val="ru-RU"/>
              </w:rPr>
            </w:pP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Русские земли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 их соседи в середине 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XIII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 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XIV</w:t>
            </w:r>
            <w:r w:rsidRPr="004B52B2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7D538" w14:textId="77777777" w:rsidR="004B52B2" w:rsidRPr="004B52B2" w:rsidRDefault="004B52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B9047" w14:textId="77777777" w:rsidR="004B52B2" w:rsidRPr="004B52B2" w:rsidRDefault="004B52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4A997C" w14:textId="77777777" w:rsidR="004B52B2" w:rsidRPr="004B52B2" w:rsidRDefault="004B52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EEB88" w14:textId="77777777" w:rsidR="004B52B2" w:rsidRPr="004B52B2" w:rsidRDefault="004B52B2">
            <w:pPr>
              <w:autoSpaceDE w:val="0"/>
              <w:autoSpaceDN w:val="0"/>
              <w:spacing w:before="76" w:after="0" w:line="257" w:lineRule="auto"/>
              <w:ind w:left="72"/>
              <w:rPr>
                <w:sz w:val="24"/>
                <w:szCs w:val="24"/>
                <w:lang w:val="ru-RU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понятий и терминов: орда, хан, курултай, ярлык, баскаки, военный монашеский Орден, крестоносцы, святитель;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Извлекать информацию из материалов, свидетельствующих о походах монгольских завоевателей (исторической карты,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отрывков из летописей, произведений древнерусской литературы и др.), сопоставлять содержащиеся в них сведения;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Объяснять, в чем выражалась зависимость русских земель от ордынских ханов;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исторической карте рост территории Литовского государства в 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XIII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XIV</w:t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вв.;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на основе информации учебника, отрывков из летописей, карты и картосхемы о Невской битве и Ледовом побоище; давать оценку их значения;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Составлять характеристику (исторический портрет) Александра Невского;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Характеризовать положение Северо-Восточной и Северо-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Западной Руси после монгольского нашествия;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Показывать на исторической карте территорию Северо-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Восточной Руси, основные центры собирания русских земель, территориальный рост Московского княжества;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причины и следствия объединения русских земель вокруг Москвы;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Куликовской битве, привлекая историческую карту; раскрывать ее значение; </w:t>
            </w:r>
            <w:r w:rsidRPr="004B52B2">
              <w:rPr>
                <w:sz w:val="24"/>
                <w:szCs w:val="24"/>
                <w:lang w:val="ru-RU"/>
              </w:rPr>
              <w:br/>
            </w: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Оценивать вклад Дмитрия Донского в историю страны;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ECE2B" w14:textId="77777777" w:rsidR="004B52B2" w:rsidRPr="004B52B2" w:rsidRDefault="004B52B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C83AF1" w14:textId="77777777" w:rsidR="004B52B2" w:rsidRPr="004B52B2" w:rsidRDefault="004B52B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4B52B2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https://resh.edu.ru/subject/3/6/</w:t>
            </w:r>
          </w:p>
        </w:tc>
      </w:tr>
    </w:tbl>
    <w:p w14:paraId="5B399359" w14:textId="77777777" w:rsidR="001D16BE" w:rsidRDefault="001D16BE" w:rsidP="001D16BE">
      <w:pPr>
        <w:tabs>
          <w:tab w:val="left" w:pos="6168"/>
        </w:tabs>
      </w:pPr>
    </w:p>
    <w:p w14:paraId="4AD697EC" w14:textId="77777777" w:rsidR="001D16BE" w:rsidRPr="001D16BE" w:rsidRDefault="001D16BE" w:rsidP="001D16BE">
      <w:pPr>
        <w:tabs>
          <w:tab w:val="left" w:pos="6168"/>
        </w:tabs>
        <w:sectPr w:rsidR="001D16BE" w:rsidRPr="001D16B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  <w:r>
        <w:tab/>
      </w:r>
    </w:p>
    <w:p w14:paraId="258F035D" w14:textId="77777777" w:rsidR="00C64A7D" w:rsidRDefault="00C64A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97"/>
        <w:gridCol w:w="393"/>
        <w:gridCol w:w="315"/>
        <w:gridCol w:w="284"/>
        <w:gridCol w:w="8070"/>
        <w:gridCol w:w="1134"/>
        <w:gridCol w:w="2561"/>
        <w:gridCol w:w="52"/>
      </w:tblGrid>
      <w:tr w:rsidR="0093395C" w:rsidRPr="0093395C" w14:paraId="04FF0933" w14:textId="77777777" w:rsidTr="00DD5B5D">
        <w:trPr>
          <w:gridAfter w:val="1"/>
          <w:wAfter w:w="52" w:type="dxa"/>
          <w:trHeight w:hRule="exact" w:val="70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80DD53" w14:textId="77777777" w:rsidR="0093395C" w:rsidRPr="0093395C" w:rsidRDefault="0093395C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B7B17D" w14:textId="77777777" w:rsidR="0093395C" w:rsidRPr="0093395C" w:rsidRDefault="0093395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  <w:lang w:val="ru-RU"/>
              </w:rPr>
            </w:pPr>
            <w:r w:rsidRPr="0093395C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Формирование единого Русского </w:t>
            </w:r>
            <w:r w:rsidRPr="0093395C">
              <w:rPr>
                <w:sz w:val="24"/>
                <w:szCs w:val="24"/>
                <w:lang w:val="ru-RU"/>
              </w:rPr>
              <w:br/>
            </w:r>
            <w:r w:rsidRPr="0093395C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государства в </w:t>
            </w:r>
            <w:r w:rsidRPr="0093395C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XV</w:t>
            </w:r>
            <w:r w:rsidRPr="0093395C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20D775" w14:textId="77777777" w:rsidR="0093395C" w:rsidRPr="0093395C" w:rsidRDefault="0093395C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6958B" w14:textId="77777777" w:rsidR="0093395C" w:rsidRPr="0093395C" w:rsidRDefault="0093395C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3E105" w14:textId="77777777" w:rsidR="0093395C" w:rsidRPr="0093395C" w:rsidRDefault="0093395C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C4978" w14:textId="77777777" w:rsidR="0093395C" w:rsidRPr="0093395C" w:rsidRDefault="0093395C" w:rsidP="0093395C">
            <w:pPr>
              <w:autoSpaceDE w:val="0"/>
              <w:autoSpaceDN w:val="0"/>
              <w:spacing w:before="78" w:after="0" w:line="257" w:lineRule="auto"/>
              <w:rPr>
                <w:sz w:val="24"/>
                <w:szCs w:val="24"/>
                <w:lang w:val="ru-RU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исторической карте рост территории Русского государства в 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XV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в.; Характеризовать отношения Москвы с Литвой и Ордой; </w:t>
            </w:r>
            <w:r w:rsidRPr="0093395C">
              <w:rPr>
                <w:sz w:val="24"/>
                <w:szCs w:val="24"/>
                <w:lang w:val="ru-RU"/>
              </w:rPr>
              <w:br/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последствия династической войны в Московском княжестве во второй четверти 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XV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в.; Рассказывать о событиях, приведших к ликвидации ордынского владычества; Систематизировать (в форме таблицы) информацию о присоединении к Москве городов, земель в правление Ивана 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III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; Раскрывать значение создания единого Русского государства; Объяснять значение понятий и терминов: централизация, поместье, крестьяне, кормление; Характеризовать политический строй русского государства, систему управления страной; Составлять характеристику (исторический портрет) Ивана 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III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, давать оценку его вклада в историю России; Извлекать информацию из Судебника 1497 г. и использовать ее в рассказе о взаимоотношениях между землевладельцами и крестьянами; Характеризовать роль Православной церкви в укреплении </w:t>
            </w:r>
            <w:r w:rsidRPr="0093395C">
              <w:rPr>
                <w:sz w:val="24"/>
                <w:szCs w:val="24"/>
                <w:lang w:val="ru-RU"/>
              </w:rPr>
              <w:br/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Русского государства; Раскрывать значение понятий: ересь, автокефалия; </w:t>
            </w:r>
            <w:r w:rsidRPr="0093395C">
              <w:rPr>
                <w:sz w:val="24"/>
                <w:szCs w:val="24"/>
                <w:lang w:val="ru-RU"/>
              </w:rPr>
              <w:br/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Сопоставлять позиции нестяжателей и иосифлян, объяснять, в чем заключались различия; Систематизировать информацию о достижениях культуры Русского государства в 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XV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в. (в форме таблицы, тезисов); Составлять описание памятников культуры на основе иллюстраций учебника, художественных альбомов, интернет-ресурсов,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непосредственного наблюдения (использование </w:t>
            </w:r>
            <w:r w:rsidRPr="0093395C">
              <w:rPr>
                <w:sz w:val="24"/>
                <w:szCs w:val="24"/>
                <w:lang w:val="ru-RU"/>
              </w:rPr>
              <w:br/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регионального материала);Участвовать в составлении и презентации альбома о повседневной жизни жителей родного края, памятниках культуры изучаемого периода;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4B5377" w14:textId="77777777" w:rsidR="0093395C" w:rsidRPr="0093395C" w:rsidRDefault="0093395C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DD206" w14:textId="77777777" w:rsidR="0093395C" w:rsidRPr="0093395C" w:rsidRDefault="0093395C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https://resh.edu.ru/subject/3/6/</w:t>
            </w:r>
          </w:p>
        </w:tc>
      </w:tr>
      <w:tr w:rsidR="0093395C" w:rsidRPr="0093395C" w14:paraId="111E67E4" w14:textId="77777777" w:rsidTr="00DD5B5D">
        <w:trPr>
          <w:gridAfter w:val="1"/>
          <w:wAfter w:w="52" w:type="dxa"/>
          <w:trHeight w:hRule="exact" w:val="9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094E9" w14:textId="77777777" w:rsidR="0093395C" w:rsidRPr="0093395C" w:rsidRDefault="0093395C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3.7.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D8F00" w14:textId="77777777" w:rsidR="0093395C" w:rsidRPr="0093395C" w:rsidRDefault="0093395C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93395C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D3E379" w14:textId="77777777" w:rsidR="0093395C" w:rsidRPr="0093395C" w:rsidRDefault="0093395C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A3EB9" w14:textId="77777777" w:rsidR="0093395C" w:rsidRPr="0093395C" w:rsidRDefault="0093395C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507AA" w14:textId="77777777" w:rsidR="0093395C" w:rsidRPr="0093395C" w:rsidRDefault="0093395C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3D109" w14:textId="77777777" w:rsidR="0093395C" w:rsidRPr="0093395C" w:rsidRDefault="0093395C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историческое и культурное наследие России 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IX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XV</w:t>
            </w: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вв.;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71CAA" w14:textId="77777777" w:rsidR="0093395C" w:rsidRPr="0093395C" w:rsidRDefault="0093395C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369CB" w14:textId="77777777" w:rsidR="0093395C" w:rsidRPr="0093395C" w:rsidRDefault="0093395C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https://resh.edu.ru/subject/3/6/</w:t>
            </w:r>
          </w:p>
        </w:tc>
      </w:tr>
      <w:tr w:rsidR="00C64A7D" w:rsidRPr="0093395C" w14:paraId="162D63E1" w14:textId="77777777" w:rsidTr="0093395C">
        <w:trPr>
          <w:trHeight w:hRule="exact" w:val="372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452D2" w14:textId="77777777" w:rsidR="00C64A7D" w:rsidRPr="0093395C" w:rsidRDefault="00C767A4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A1696" w14:textId="77777777" w:rsidR="00C64A7D" w:rsidRPr="0093395C" w:rsidRDefault="00C767A4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45</w:t>
            </w:r>
          </w:p>
        </w:tc>
        <w:tc>
          <w:tcPr>
            <w:tcW w:w="12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1393B" w14:textId="77777777" w:rsidR="00C64A7D" w:rsidRPr="0093395C" w:rsidRDefault="00C64A7D">
            <w:pPr>
              <w:rPr>
                <w:sz w:val="24"/>
                <w:szCs w:val="24"/>
              </w:rPr>
            </w:pPr>
          </w:p>
        </w:tc>
      </w:tr>
      <w:tr w:rsidR="00C64A7D" w:rsidRPr="0093395C" w14:paraId="4120E024" w14:textId="77777777" w:rsidTr="0093395C">
        <w:trPr>
          <w:trHeight w:hRule="exact" w:val="1221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D613D" w14:textId="77777777" w:rsidR="00C64A7D" w:rsidRPr="0093395C" w:rsidRDefault="00C767A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84B56" w14:textId="77777777" w:rsidR="00C64A7D" w:rsidRPr="0093395C" w:rsidRDefault="00C767A4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68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EE47A" w14:textId="77777777" w:rsidR="00C64A7D" w:rsidRPr="0093395C" w:rsidRDefault="00C767A4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00C0A" w14:textId="77777777" w:rsidR="00C64A7D" w:rsidRPr="0093395C" w:rsidRDefault="00C767A4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3395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AAECD" w14:textId="77777777" w:rsidR="00C64A7D" w:rsidRPr="0093395C" w:rsidRDefault="00C64A7D">
            <w:pPr>
              <w:rPr>
                <w:sz w:val="24"/>
                <w:szCs w:val="24"/>
              </w:rPr>
            </w:pPr>
          </w:p>
        </w:tc>
      </w:tr>
    </w:tbl>
    <w:p w14:paraId="25438DB0" w14:textId="77777777" w:rsidR="00C64A7D" w:rsidRPr="0093395C" w:rsidRDefault="00C64A7D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14:paraId="2B9F4CCA" w14:textId="77777777" w:rsidR="00C64A7D" w:rsidRDefault="00C64A7D">
      <w:pPr>
        <w:sectPr w:rsidR="00C64A7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951AF89" w14:textId="77777777" w:rsidR="00C64A7D" w:rsidRDefault="00C64A7D">
      <w:pPr>
        <w:autoSpaceDE w:val="0"/>
        <w:autoSpaceDN w:val="0"/>
        <w:spacing w:after="78" w:line="220" w:lineRule="exact"/>
      </w:pPr>
    </w:p>
    <w:p w14:paraId="52ABCF81" w14:textId="77777777" w:rsidR="004D5A2B" w:rsidRDefault="004D5A2B">
      <w:pPr>
        <w:autoSpaceDE w:val="0"/>
        <w:autoSpaceDN w:val="0"/>
        <w:spacing w:after="32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72199D62" w14:textId="77777777" w:rsidR="004D5A2B" w:rsidRDefault="004D5A2B">
      <w:pPr>
        <w:autoSpaceDE w:val="0"/>
        <w:autoSpaceDN w:val="0"/>
        <w:spacing w:after="32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6DC7DF8D" w14:textId="24447A6E" w:rsidR="00C64A7D" w:rsidRDefault="00C767A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464"/>
        <w:gridCol w:w="426"/>
        <w:gridCol w:w="415"/>
        <w:gridCol w:w="567"/>
        <w:gridCol w:w="992"/>
        <w:gridCol w:w="992"/>
        <w:gridCol w:w="993"/>
        <w:gridCol w:w="992"/>
        <w:gridCol w:w="861"/>
      </w:tblGrid>
      <w:tr w:rsidR="00E61FE0" w14:paraId="40189DCB" w14:textId="77777777" w:rsidTr="006667E9">
        <w:trPr>
          <w:trHeight w:hRule="exact" w:val="968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81AB0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48C29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1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1B98B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7C942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D8EC" w14:textId="77777777" w:rsidR="00E61FE0" w:rsidRPr="00E61FE0" w:rsidRDefault="00E61FE0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Фактические даты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EA54F" w14:textId="77777777" w:rsidR="00E61FE0" w:rsidRDefault="00E61FE0">
            <w:pPr>
              <w:autoSpaceDE w:val="0"/>
              <w:autoSpaceDN w:val="0"/>
              <w:spacing w:before="98" w:after="0" w:line="27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E61FE0" w14:paraId="360E50BC" w14:textId="77777777" w:rsidTr="006667E9">
        <w:trPr>
          <w:trHeight w:hRule="exact" w:val="854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4346" w14:textId="77777777" w:rsidR="00E61FE0" w:rsidRDefault="00E61FE0"/>
        </w:tc>
        <w:tc>
          <w:tcPr>
            <w:tcW w:w="3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95B2" w14:textId="77777777" w:rsidR="00E61FE0" w:rsidRDefault="00E61FE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28928" w14:textId="77777777" w:rsidR="00E61FE0" w:rsidRPr="001D16BE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1D16BE">
              <w:rPr>
                <w:rFonts w:ascii="Times New Roman" w:eastAsia="Times New Roman" w:hAnsi="Times New Roman"/>
                <w:b/>
                <w:color w:val="000000"/>
              </w:rPr>
              <w:t>всего</w:t>
            </w:r>
            <w:proofErr w:type="spellEnd"/>
            <w:r w:rsidRPr="001D16BE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4A5E9" w14:textId="77777777" w:rsidR="00E61FE0" w:rsidRPr="006667E9" w:rsidRDefault="00E61FE0">
            <w:pPr>
              <w:autoSpaceDE w:val="0"/>
              <w:autoSpaceDN w:val="0"/>
              <w:spacing w:before="98" w:after="0" w:line="262" w:lineRule="auto"/>
              <w:ind w:left="72"/>
              <w:rPr>
                <w:sz w:val="16"/>
                <w:szCs w:val="16"/>
              </w:rPr>
            </w:pPr>
            <w:proofErr w:type="spellStart"/>
            <w:r w:rsidRPr="006667E9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контрольные</w:t>
            </w:r>
            <w:proofErr w:type="spellEnd"/>
            <w:r w:rsidRPr="006667E9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667E9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работы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DC870" w14:textId="77777777" w:rsidR="00E61FE0" w:rsidRPr="001D16BE" w:rsidRDefault="00E61FE0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 w:rsidRPr="006667E9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практи</w:t>
            </w:r>
            <w:r w:rsidRPr="001D16BE">
              <w:rPr>
                <w:rFonts w:ascii="Times New Roman" w:eastAsia="Times New Roman" w:hAnsi="Times New Roman"/>
                <w:b/>
                <w:color w:val="000000"/>
              </w:rPr>
              <w:t>ческие</w:t>
            </w:r>
            <w:proofErr w:type="spellEnd"/>
            <w:r w:rsidRPr="001D16BE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spellStart"/>
            <w:r w:rsidRPr="001D16BE">
              <w:rPr>
                <w:rFonts w:ascii="Times New Roman" w:eastAsia="Times New Roman" w:hAnsi="Times New Roman"/>
                <w:b/>
                <w:color w:val="000000"/>
              </w:rPr>
              <w:t>работы</w:t>
            </w:r>
            <w:proofErr w:type="spellEnd"/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6700" w14:textId="77777777" w:rsidR="00E61FE0" w:rsidRDefault="00E61FE0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3DA5" w14:textId="77777777" w:rsidR="00453841" w:rsidRDefault="00453841" w:rsidP="00453841">
            <w:pPr>
              <w:jc w:val="center"/>
              <w:rPr>
                <w:b/>
                <w:lang w:val="ru-RU"/>
              </w:rPr>
            </w:pPr>
          </w:p>
          <w:p w14:paraId="22ACCA32" w14:textId="77777777" w:rsidR="006667E9" w:rsidRDefault="00B06C2A" w:rsidP="0045384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 А</w:t>
            </w:r>
          </w:p>
          <w:p w14:paraId="59D59F54" w14:textId="77777777" w:rsidR="006667E9" w:rsidRDefault="006667E9" w:rsidP="00453841">
            <w:pPr>
              <w:jc w:val="center"/>
              <w:rPr>
                <w:b/>
                <w:lang w:val="ru-RU"/>
              </w:rPr>
            </w:pPr>
          </w:p>
          <w:p w14:paraId="734E3813" w14:textId="77777777" w:rsidR="006667E9" w:rsidRDefault="006667E9" w:rsidP="00453841">
            <w:pPr>
              <w:jc w:val="center"/>
              <w:rPr>
                <w:b/>
                <w:lang w:val="ru-RU"/>
              </w:rPr>
            </w:pPr>
          </w:p>
          <w:p w14:paraId="1ACA1396" w14:textId="77777777" w:rsidR="00E61FE0" w:rsidRPr="00453841" w:rsidRDefault="00453841" w:rsidP="00453841">
            <w:pPr>
              <w:jc w:val="center"/>
              <w:rPr>
                <w:b/>
                <w:lang w:val="ru-RU"/>
              </w:rPr>
            </w:pPr>
            <w:r w:rsidRPr="00453841">
              <w:rPr>
                <w:b/>
                <w:lang w:val="ru-RU"/>
              </w:rPr>
              <w:t>6 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E1D82" w14:textId="77777777" w:rsidR="006667E9" w:rsidRDefault="006667E9" w:rsidP="00453841">
            <w:pPr>
              <w:jc w:val="center"/>
              <w:rPr>
                <w:b/>
                <w:lang w:val="ru-RU"/>
              </w:rPr>
            </w:pPr>
          </w:p>
          <w:p w14:paraId="169EF106" w14:textId="77777777" w:rsidR="006667E9" w:rsidRDefault="00B06C2A" w:rsidP="0045384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6Б</w:t>
            </w:r>
          </w:p>
          <w:p w14:paraId="6A914320" w14:textId="77777777" w:rsidR="006667E9" w:rsidRDefault="006667E9" w:rsidP="00453841">
            <w:pPr>
              <w:jc w:val="center"/>
              <w:rPr>
                <w:b/>
                <w:lang w:val="ru-RU"/>
              </w:rPr>
            </w:pPr>
          </w:p>
          <w:p w14:paraId="61C91B8F" w14:textId="77777777" w:rsidR="006667E9" w:rsidRDefault="006667E9" w:rsidP="00453841">
            <w:pPr>
              <w:jc w:val="center"/>
              <w:rPr>
                <w:b/>
                <w:lang w:val="ru-RU"/>
              </w:rPr>
            </w:pPr>
          </w:p>
          <w:p w14:paraId="7B331D3B" w14:textId="77777777" w:rsidR="00E61FE0" w:rsidRPr="00453841" w:rsidRDefault="00453841" w:rsidP="00453841">
            <w:pPr>
              <w:jc w:val="center"/>
              <w:rPr>
                <w:b/>
                <w:lang w:val="ru-RU"/>
              </w:rPr>
            </w:pPr>
            <w:r w:rsidRPr="00453841">
              <w:rPr>
                <w:b/>
                <w:lang w:val="ru-RU"/>
              </w:rPr>
              <w:t>6Б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49EE" w14:textId="77777777" w:rsidR="006667E9" w:rsidRDefault="006667E9" w:rsidP="00453841">
            <w:pPr>
              <w:jc w:val="center"/>
              <w:rPr>
                <w:b/>
                <w:lang w:val="ru-RU"/>
              </w:rPr>
            </w:pPr>
          </w:p>
          <w:p w14:paraId="47222613" w14:textId="77777777" w:rsidR="006667E9" w:rsidRDefault="00B06C2A" w:rsidP="0045384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6В</w:t>
            </w:r>
          </w:p>
          <w:p w14:paraId="041B6F10" w14:textId="77777777" w:rsidR="006667E9" w:rsidRDefault="006667E9" w:rsidP="00453841">
            <w:pPr>
              <w:jc w:val="center"/>
              <w:rPr>
                <w:b/>
                <w:lang w:val="ru-RU"/>
              </w:rPr>
            </w:pPr>
          </w:p>
          <w:p w14:paraId="2B806938" w14:textId="77777777" w:rsidR="006667E9" w:rsidRDefault="006667E9" w:rsidP="00453841">
            <w:pPr>
              <w:jc w:val="center"/>
              <w:rPr>
                <w:b/>
                <w:lang w:val="ru-RU"/>
              </w:rPr>
            </w:pPr>
          </w:p>
          <w:p w14:paraId="785149DB" w14:textId="77777777" w:rsidR="00E61FE0" w:rsidRPr="00453841" w:rsidRDefault="00453841" w:rsidP="00453841">
            <w:pPr>
              <w:jc w:val="center"/>
              <w:rPr>
                <w:b/>
                <w:lang w:val="ru-RU"/>
              </w:rPr>
            </w:pPr>
            <w:r w:rsidRPr="00453841">
              <w:rPr>
                <w:b/>
                <w:lang w:val="ru-RU"/>
              </w:rPr>
              <w:t>6В</w:t>
            </w: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3F75" w14:textId="77777777" w:rsidR="00E61FE0" w:rsidRDefault="00E61FE0"/>
        </w:tc>
      </w:tr>
      <w:tr w:rsidR="00E61FE0" w:rsidRPr="00B06C2A" w14:paraId="1154E852" w14:textId="77777777" w:rsidTr="006667E9">
        <w:trPr>
          <w:trHeight w:hRule="exact" w:val="11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BFEFB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1D659" w14:textId="77777777" w:rsidR="006667E9" w:rsidRPr="00B06C2A" w:rsidRDefault="00E61FE0" w:rsidP="00435C9C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B06C2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Введение. </w:t>
            </w:r>
            <w:r w:rsidR="006667E9" w:rsidRPr="00B06C2A">
              <w:rPr>
                <w:rFonts w:ascii="Times New Roman" w:hAnsi="Times New Roman" w:cs="Times New Roman"/>
                <w:b/>
                <w:lang w:val="ru-RU"/>
              </w:rPr>
              <w:t>Средние века: понятие, хронологические рамки и периодизация Средневековья.</w:t>
            </w:r>
          </w:p>
          <w:p w14:paraId="4778F524" w14:textId="77777777" w:rsidR="00E61FE0" w:rsidRPr="005F1B35" w:rsidRDefault="00E61FE0" w:rsidP="00435C9C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6133A2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68140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96551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0B1F1" w14:textId="77777777" w:rsidR="00E61FE0" w:rsidRPr="00B06C2A" w:rsidRDefault="00B06C2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B06C2A">
              <w:rPr>
                <w:rFonts w:ascii="Times New Roman" w:hAnsi="Times New Roman" w:cs="Times New Roman"/>
                <w:lang w:val="ru-RU"/>
              </w:rPr>
              <w:t xml:space="preserve">1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247120A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6B8BD8E8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6F0D1CDC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19295E" w14:textId="77777777" w:rsidR="00E61FE0" w:rsidRPr="00B06C2A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628C57EC" w14:textId="77777777" w:rsidTr="0066097C">
        <w:trPr>
          <w:trHeight w:hRule="exact" w:val="1267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15E38" w14:textId="77777777" w:rsidR="00E61FE0" w:rsidRDefault="00E61F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4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84850" w14:textId="77777777" w:rsidR="00E61FE0" w:rsidRPr="00FE552A" w:rsidRDefault="00FE552A" w:rsidP="00435C9C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FE552A">
              <w:rPr>
                <w:rFonts w:ascii="Times New Roman" w:eastAsia="Times New Roman" w:hAnsi="Times New Roman" w:cs="Times New Roman"/>
                <w:b/>
                <w:lang w:val="ru-RU"/>
              </w:rPr>
              <w:t>Образование варварских королевств. Государство франков и христианская церковь в 6-8 веках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AAE0DC" w14:textId="77777777" w:rsidR="00E61FE0" w:rsidRDefault="00E61F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114F3" w14:textId="77777777" w:rsidR="00E61FE0" w:rsidRDefault="00E61F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D993D" w14:textId="77777777" w:rsidR="00E61FE0" w:rsidRDefault="00E61F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C8B0F" w14:textId="77777777" w:rsidR="00E61FE0" w:rsidRPr="00B06C2A" w:rsidRDefault="00B06C2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B06C2A">
              <w:rPr>
                <w:rFonts w:ascii="Times New Roman" w:hAnsi="Times New Roman" w:cs="Times New Roman"/>
                <w:lang w:val="ru-RU"/>
              </w:rPr>
              <w:t xml:space="preserve">2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8661" w14:textId="77777777" w:rsidR="00E61FE0" w:rsidRDefault="00E61FE0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1F76" w14:textId="77777777" w:rsidR="00E61FE0" w:rsidRDefault="00E61FE0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E51C" w14:textId="77777777" w:rsidR="00E61FE0" w:rsidRDefault="00E61FE0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42496" w14:textId="77777777" w:rsidR="00E61FE0" w:rsidRPr="00B06C2A" w:rsidRDefault="00E61FE0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5A8D9627" w14:textId="77777777" w:rsidTr="006667E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5D2E0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7A28F" w14:textId="77777777" w:rsidR="00E61FE0" w:rsidRPr="0066097C" w:rsidRDefault="0066097C" w:rsidP="00435C9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Возникновение и распад империи Карла Великого.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3410DB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77149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41BB2F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B6E6B9" w14:textId="77777777" w:rsidR="00E61FE0" w:rsidRPr="00B06C2A" w:rsidRDefault="00B06C2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B06C2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0938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8429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D211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CDA05B" w14:textId="77777777" w:rsidR="00E61FE0" w:rsidRPr="00B06C2A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54D01C1D" w14:textId="77777777" w:rsidTr="00435C9C">
        <w:trPr>
          <w:trHeight w:hRule="exact" w:val="102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640DF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3514D" w14:textId="77777777" w:rsidR="00E61FE0" w:rsidRPr="0066097C" w:rsidRDefault="0066097C" w:rsidP="00435C9C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Феодальная </w:t>
            </w:r>
            <w:proofErr w:type="gramStart"/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раздробленность  Западной</w:t>
            </w:r>
            <w:proofErr w:type="gramEnd"/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 Европы в </w:t>
            </w:r>
            <w:r>
              <w:rPr>
                <w:rFonts w:ascii="Times New Roman" w:eastAsia="Times New Roman" w:hAnsi="Times New Roman" w:cs="Times New Roman"/>
                <w:b/>
              </w:rPr>
              <w:t>IX</w:t>
            </w: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</w:rPr>
              <w:t>XI</w:t>
            </w: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вв.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42C9D8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463943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F985B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4ACCF" w14:textId="77777777" w:rsidR="00E61FE0" w:rsidRDefault="003078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B06C2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63B31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B745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89E31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9AC9F" w14:textId="77777777" w:rsidR="00E61FE0" w:rsidRPr="00B06C2A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49904523" w14:textId="77777777" w:rsidTr="0066097C">
        <w:trPr>
          <w:trHeight w:hRule="exact" w:val="8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361E5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5F7479" w14:textId="77777777" w:rsidR="0066097C" w:rsidRDefault="0066097C" w:rsidP="00435C9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Англия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раннее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Средневековье</w:t>
            </w:r>
            <w:proofErr w:type="spellEnd"/>
          </w:p>
          <w:p w14:paraId="4F03F71C" w14:textId="77777777" w:rsidR="00E61FE0" w:rsidRPr="005F1B35" w:rsidRDefault="00E61FE0" w:rsidP="00435C9C">
            <w:pPr>
              <w:autoSpaceDE w:val="0"/>
              <w:autoSpaceDN w:val="0"/>
              <w:spacing w:before="70" w:after="0" w:line="271" w:lineRule="auto"/>
              <w:ind w:left="72" w:right="864"/>
              <w:rPr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2BCD01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64856B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5F1C7B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486E1" w14:textId="77777777" w:rsidR="00E61FE0" w:rsidRDefault="003078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B06C2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4AAA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84F4C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6F3E4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577780" w14:textId="77777777" w:rsidR="00E61FE0" w:rsidRPr="00B06C2A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0362338B" w14:textId="77777777" w:rsidTr="0066097C">
        <w:trPr>
          <w:trHeight w:hRule="exact" w:val="9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92F2D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53948E" w14:textId="77777777" w:rsidR="00E61FE0" w:rsidRPr="0066097C" w:rsidRDefault="0066097C" w:rsidP="00435C9C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Византия при Юстиниане. Борьба империи с внешними врагами.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77092A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77A95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16764E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54F72" w14:textId="77777777" w:rsidR="00E61FE0" w:rsidRDefault="003078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B06C2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C2B3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114A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30990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32D6AB" w14:textId="77777777" w:rsidR="00E61FE0" w:rsidRPr="00B06C2A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3691FCED" w14:textId="77777777" w:rsidTr="006667E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011AB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2B37A" w14:textId="77777777" w:rsidR="00E61FE0" w:rsidRPr="0066097C" w:rsidRDefault="0066097C" w:rsidP="00435C9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Культура Византии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. </w:t>
            </w: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Образование славянских государств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C0772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B655C3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50044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E81629" w14:textId="77777777" w:rsidR="00E61FE0" w:rsidRDefault="003078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B06C2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A6D447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F2A4FCF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65446B86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DDDDC8" w14:textId="77777777" w:rsidR="00E61FE0" w:rsidRPr="00B06C2A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60E63612" w14:textId="77777777" w:rsidTr="006667E9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A0DD94" w14:textId="77777777" w:rsidR="00E61FE0" w:rsidRDefault="00E61F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4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12333" w14:textId="77777777" w:rsidR="00E61FE0" w:rsidRPr="0066097C" w:rsidRDefault="0066097C" w:rsidP="00435C9C">
            <w:pPr>
              <w:autoSpaceDE w:val="0"/>
              <w:autoSpaceDN w:val="0"/>
              <w:spacing w:before="100" w:after="0"/>
              <w:ind w:left="72" w:right="432"/>
              <w:rPr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Возникновение ислама. Арабский халифат и его распад.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02A5A" w14:textId="77777777" w:rsidR="00E61FE0" w:rsidRDefault="00E61F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59BD4" w14:textId="77777777" w:rsidR="00E61FE0" w:rsidRDefault="00E61F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80BC0" w14:textId="77777777" w:rsidR="00E61FE0" w:rsidRDefault="00E61F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7A8C8" w14:textId="77777777" w:rsidR="00E61FE0" w:rsidRDefault="003078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B06C2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C6F0" w14:textId="77777777" w:rsidR="00E61FE0" w:rsidRDefault="00E61FE0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CD8F" w14:textId="77777777" w:rsidR="00E61FE0" w:rsidRDefault="00E61FE0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E821" w14:textId="77777777" w:rsidR="00E61FE0" w:rsidRDefault="00E61FE0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DF329" w14:textId="77777777" w:rsidR="00E61FE0" w:rsidRPr="00B06C2A" w:rsidRDefault="00E61FE0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47687837" w14:textId="77777777" w:rsidTr="006667E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549FF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E4A656" w14:textId="77777777" w:rsidR="00E61FE0" w:rsidRPr="005F1B35" w:rsidRDefault="0066097C" w:rsidP="00435C9C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Культура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стран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Арабского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халифата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DFDE5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20D10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BF49B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3B753" w14:textId="77777777" w:rsidR="00E61FE0" w:rsidRDefault="003078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B06C2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06C2A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B06C2A">
              <w:rPr>
                <w:rFonts w:ascii="Times New Roman" w:hAnsi="Times New Roman" w:cs="Times New Roman"/>
                <w:lang w:val="ru-RU"/>
              </w:rPr>
              <w:t xml:space="preserve"> сентября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BCE7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7A3EA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8121D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BAEA9" w14:textId="77777777" w:rsidR="00E61FE0" w:rsidRPr="00B06C2A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E61FE0" w:rsidRPr="00B06C2A" w14:paraId="2BFD28DE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D8A256" w14:textId="77777777" w:rsidR="00E61FE0" w:rsidRDefault="00E61F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D8743D" w14:textId="77777777" w:rsidR="00E61FE0" w:rsidRPr="0066097C" w:rsidRDefault="0066097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Средневековая деревня ее обитатели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. </w:t>
            </w: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В рыцарском замке</w:t>
            </w:r>
            <w:r w:rsidRPr="0066097C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02E6F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25634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21E8BA" w14:textId="77777777" w:rsidR="00E61FE0" w:rsidRDefault="00E61F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9E743" w14:textId="77777777" w:rsidR="00E61FE0" w:rsidRPr="003078AD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3078AD">
              <w:rPr>
                <w:rFonts w:ascii="Times New Roman" w:hAnsi="Times New Roman" w:cs="Times New Roman"/>
                <w:lang w:val="ru-RU"/>
              </w:rPr>
              <w:t xml:space="preserve">2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>.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B7F4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D17A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F3E2" w14:textId="77777777" w:rsidR="00E61FE0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4B18A5" w14:textId="77777777" w:rsidR="00E61FE0" w:rsidRPr="00B06C2A" w:rsidRDefault="00E61FE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D5A2B" w:rsidRPr="00B06C2A" w14:paraId="60DA6170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F605A" w14:textId="77777777" w:rsidR="004D5A2B" w:rsidRDefault="004D5A2B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605569" w14:textId="77777777" w:rsidR="004D5A2B" w:rsidRPr="0066097C" w:rsidRDefault="004D5A2B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94229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2BEE65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6567D1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C8F93" w14:textId="77777777" w:rsidR="004D5A2B" w:rsidRPr="003078AD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CBB4A" w14:textId="77777777" w:rsidR="004D5A2B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EB44" w14:textId="77777777" w:rsidR="004D5A2B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339F7" w14:textId="77777777" w:rsidR="004D5A2B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B37D4A" w14:textId="77777777" w:rsidR="004D5A2B" w:rsidRPr="00B06C2A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5B5D" w:rsidRPr="00B06C2A" w14:paraId="33C6D6E0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158598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B2F3DC" w14:textId="77777777" w:rsidR="0066097C" w:rsidRDefault="0066097C" w:rsidP="00435C9C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Формирование средневековых городов. Горожане и их образ жизни</w:t>
            </w:r>
            <w:r w:rsidRPr="0066097C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Средние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века</w:t>
            </w:r>
            <w:proofErr w:type="spellEnd"/>
          </w:p>
          <w:p w14:paraId="6A41F804" w14:textId="77777777" w:rsidR="00DD5B5D" w:rsidRPr="0066097C" w:rsidRDefault="00DD5B5D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49B06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C32C3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426CC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9156A5" w14:textId="77777777" w:rsidR="00DD5B5D" w:rsidRPr="0066097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3078AD">
              <w:rPr>
                <w:rFonts w:ascii="Times New Roman" w:hAnsi="Times New Roman" w:cs="Times New Roman"/>
                <w:lang w:val="ru-RU"/>
              </w:rPr>
              <w:t xml:space="preserve">2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>.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5DF92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E9F88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B06C9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5039D1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1EA5B928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2E21F2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92132" w14:textId="77777777" w:rsidR="0066097C" w:rsidRPr="0066097C" w:rsidRDefault="0066097C" w:rsidP="00435C9C">
            <w:pPr>
              <w:spacing w:after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Могущество папской власти. Католическая церковь и еретики.</w:t>
            </w:r>
          </w:p>
          <w:p w14:paraId="76DB64BC" w14:textId="77777777" w:rsidR="00DD5B5D" w:rsidRPr="005F1B35" w:rsidRDefault="0066097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Крестовые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походы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47DF3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0C4A4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4C0F6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B811A" w14:textId="77777777" w:rsidR="00DD5B5D" w:rsidRPr="0066097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>.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6CDA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0E00F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06967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878F9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7DF78BB3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CFF0F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1BFE3" w14:textId="77777777" w:rsidR="00DD5B5D" w:rsidRPr="0066097C" w:rsidRDefault="0066097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Как происходило объединение Франции. Столетняя война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7B2E5A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DDFBA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CC2C7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92ED3" w14:textId="77777777" w:rsidR="00DD5B5D" w:rsidRPr="0066097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>.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2906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92E3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E1C8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B5B542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7B1F4647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7535B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059151" w14:textId="77777777" w:rsidR="0066097C" w:rsidRPr="0066097C" w:rsidRDefault="0066097C" w:rsidP="00435C9C">
            <w:pPr>
              <w:spacing w:after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Что англичане считают началом</w:t>
            </w:r>
          </w:p>
          <w:p w14:paraId="30A4A04D" w14:textId="77777777" w:rsidR="0066097C" w:rsidRPr="0066097C" w:rsidRDefault="0066097C" w:rsidP="00435C9C">
            <w:pPr>
              <w:spacing w:after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своих свобод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. </w:t>
            </w: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Усиление королевской власти в конце 15 века во Франции и Англии</w:t>
            </w:r>
          </w:p>
          <w:p w14:paraId="36A67594" w14:textId="77777777" w:rsidR="00DD5B5D" w:rsidRPr="0066097C" w:rsidRDefault="00DD5B5D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F96CCF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003F6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34C822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EEC367" w14:textId="77777777" w:rsidR="00DD5B5D" w:rsidRPr="0066097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>.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146B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2A15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3FF9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4ECDA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7CC13C71" w14:textId="77777777" w:rsidTr="0066097C">
        <w:trPr>
          <w:trHeight w:hRule="exact" w:val="234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7FEE3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5A3649" w14:textId="77777777" w:rsidR="0066097C" w:rsidRPr="0066097C" w:rsidRDefault="0066097C" w:rsidP="00435C9C">
            <w:pPr>
              <w:spacing w:after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  <w:p w14:paraId="15E1770C" w14:textId="77777777" w:rsidR="00DD5B5D" w:rsidRPr="0066097C" w:rsidRDefault="0066097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Государства</w:t>
            </w:r>
            <w:r w:rsidR="00435C9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66097C">
              <w:rPr>
                <w:rFonts w:ascii="Times New Roman" w:eastAsia="Times New Roman" w:hAnsi="Times New Roman" w:cs="Times New Roman"/>
                <w:b/>
                <w:lang w:val="ru-RU"/>
              </w:rPr>
              <w:t>оставшиеся раздробленными: Германия и Италия в 12 – 15 веках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0C9D3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B5B8E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A3F708" w14:textId="77777777" w:rsidR="00DD5B5D" w:rsidRPr="0066097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48BA56" w14:textId="77777777" w:rsidR="00DD5B5D" w:rsidRPr="0066097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>.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3335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65A68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460A" w14:textId="77777777" w:rsidR="00DD5B5D" w:rsidRPr="0066097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6A3A8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4F9B1D70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38C825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62E81E" w14:textId="77777777" w:rsidR="0020452C" w:rsidRPr="0020452C" w:rsidRDefault="0020452C" w:rsidP="00435C9C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Гуситское движение в Чехии</w:t>
            </w:r>
            <w:r w:rsidRPr="0020452C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726F94F9" w14:textId="77777777" w:rsidR="0020452C" w:rsidRPr="0020452C" w:rsidRDefault="0020452C" w:rsidP="00435C9C">
            <w:pPr>
              <w:spacing w:after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Завоевание турками-османами Балканского полуострова</w:t>
            </w:r>
          </w:p>
          <w:p w14:paraId="3DB2F8A3" w14:textId="77777777" w:rsidR="00DD5B5D" w:rsidRPr="005F1B35" w:rsidRDefault="00DD5B5D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F95983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EBB755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E4E8F6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C9D7DF" w14:textId="77777777" w:rsidR="00DD5B5D" w:rsidRPr="003078AD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но</w:t>
            </w:r>
            <w:r w:rsidRPr="003078AD">
              <w:rPr>
                <w:rFonts w:ascii="Times New Roman" w:hAnsi="Times New Roman" w:cs="Times New Roman"/>
                <w:lang w:val="ru-RU"/>
              </w:rPr>
              <w:t>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49D3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FCE5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9D7A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A34BAD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64B0A75C" w14:textId="77777777" w:rsidTr="00435C9C">
        <w:trPr>
          <w:trHeight w:hRule="exact" w:val="10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5399E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401368" w14:textId="77777777" w:rsidR="00DD5B5D" w:rsidRPr="00435C9C" w:rsidRDefault="0020452C" w:rsidP="00435C9C">
            <w:pPr>
              <w:spacing w:after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Образование и философия. Средневековая литература.</w:t>
            </w:r>
            <w:r w:rsidR="00435C9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Средневековое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искусство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52852" w14:textId="77777777" w:rsidR="00DD5B5D" w:rsidRPr="00435C9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8735B" w14:textId="77777777" w:rsidR="00DD5B5D" w:rsidRPr="00435C9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4E5249" w14:textId="77777777" w:rsidR="00DD5B5D" w:rsidRPr="00435C9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78766" w14:textId="77777777" w:rsidR="00DD5B5D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но</w:t>
            </w:r>
            <w:r w:rsidRPr="003078AD">
              <w:rPr>
                <w:rFonts w:ascii="Times New Roman" w:hAnsi="Times New Roman" w:cs="Times New Roman"/>
                <w:lang w:val="ru-RU"/>
              </w:rPr>
              <w:t>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21578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E6606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CE52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3E6F8" w14:textId="77777777" w:rsidR="00DD5B5D" w:rsidRPr="00B06C2A" w:rsidRDefault="00E27920" w:rsidP="00E27920">
            <w:pPr>
              <w:pStyle w:val="7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162458E3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116A82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FE141" w14:textId="77777777" w:rsidR="00DD5B5D" w:rsidRPr="0020452C" w:rsidRDefault="0020452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Культура раннего Возрождения в Италии.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Научные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открытия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изобретения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16742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433780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B51254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8CD86A" w14:textId="77777777" w:rsidR="00DD5B5D" w:rsidRPr="0020452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но</w:t>
            </w:r>
            <w:r w:rsidRPr="003078AD">
              <w:rPr>
                <w:rFonts w:ascii="Times New Roman" w:hAnsi="Times New Roman" w:cs="Times New Roman"/>
                <w:lang w:val="ru-RU"/>
              </w:rPr>
              <w:t>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2152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3DB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C3D2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DB3246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7D0AAB84" w14:textId="77777777" w:rsidTr="00435C9C">
        <w:trPr>
          <w:trHeight w:hRule="exact" w:val="246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72AB73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809FB" w14:textId="77777777" w:rsidR="00DD5B5D" w:rsidRPr="0020452C" w:rsidRDefault="0020452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20452C">
              <w:rPr>
                <w:b/>
                <w:lang w:val="ru-RU"/>
              </w:rPr>
              <w:t xml:space="preserve">Османская </w:t>
            </w:r>
            <w:proofErr w:type="gramStart"/>
            <w:r w:rsidRPr="0020452C">
              <w:rPr>
                <w:b/>
                <w:lang w:val="ru-RU"/>
              </w:rPr>
              <w:t>империя:-</w:t>
            </w:r>
            <w:proofErr w:type="gramEnd"/>
            <w:r w:rsidRPr="0020452C">
              <w:rPr>
                <w:b/>
                <w:lang w:val="ru-RU"/>
              </w:rPr>
              <w:t>завоевания турок-османов. Монгольская держава -общественный строй монгольских племен, завоевания Чингисхана.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13CCA9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9F2724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D6F50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424BA" w14:textId="77777777" w:rsidR="00DD5B5D" w:rsidRPr="0020452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но</w:t>
            </w:r>
            <w:r w:rsidRPr="003078AD">
              <w:rPr>
                <w:rFonts w:ascii="Times New Roman" w:hAnsi="Times New Roman" w:cs="Times New Roman"/>
                <w:lang w:val="ru-RU"/>
              </w:rPr>
              <w:t>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1FD84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773DE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4C6FF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72D2B9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D5A2B" w:rsidRPr="00B06C2A" w14:paraId="24C0F0D9" w14:textId="77777777" w:rsidTr="00435C9C">
        <w:trPr>
          <w:trHeight w:hRule="exact" w:val="246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4946D" w14:textId="77777777" w:rsidR="004D5A2B" w:rsidRDefault="004D5A2B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EF1A3" w14:textId="77777777" w:rsidR="004D5A2B" w:rsidRPr="0020452C" w:rsidRDefault="004D5A2B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b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8E478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517270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9FF7EB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F6EC48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34DEF" w14:textId="77777777" w:rsidR="004D5A2B" w:rsidRPr="0020452C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CA79" w14:textId="77777777" w:rsidR="004D5A2B" w:rsidRPr="0020452C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7F83" w14:textId="77777777" w:rsidR="004D5A2B" w:rsidRPr="0020452C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5B296" w14:textId="77777777" w:rsidR="004D5A2B" w:rsidRPr="00B06C2A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5B5D" w:rsidRPr="00B06C2A" w14:paraId="6F230E27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2DC85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28DA4" w14:textId="77777777" w:rsidR="0020452C" w:rsidRPr="0020452C" w:rsidRDefault="0020452C" w:rsidP="00435C9C">
            <w:pPr>
              <w:spacing w:after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Средневековая Азия: </w:t>
            </w:r>
            <w:proofErr w:type="gramStart"/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Индия,  Китай</w:t>
            </w:r>
            <w:proofErr w:type="gramEnd"/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, Япония.</w:t>
            </w:r>
          </w:p>
          <w:p w14:paraId="00F0B6AE" w14:textId="77777777" w:rsidR="00DD5B5D" w:rsidRPr="0020452C" w:rsidRDefault="00DD5B5D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9CEC7B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8F828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C51B31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10462" w14:textId="77777777" w:rsidR="00DD5B5D" w:rsidRPr="0020452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но</w:t>
            </w:r>
            <w:r w:rsidRPr="003078AD">
              <w:rPr>
                <w:rFonts w:ascii="Times New Roman" w:hAnsi="Times New Roman" w:cs="Times New Roman"/>
                <w:lang w:val="ru-RU"/>
              </w:rPr>
              <w:t>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1EC9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D02C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08F1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1E109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2EBC4819" w14:textId="77777777" w:rsidTr="0020452C">
        <w:trPr>
          <w:trHeight w:hRule="exact" w:val="17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E2DFFC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79D17" w14:textId="77777777" w:rsidR="00DD5B5D" w:rsidRPr="005F1B35" w:rsidRDefault="0020452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20452C">
              <w:rPr>
                <w:b/>
                <w:lang w:val="ru-RU"/>
              </w:rPr>
              <w:t xml:space="preserve">Культура народов Востока. Литература. Архитектура. </w:t>
            </w:r>
            <w:proofErr w:type="spellStart"/>
            <w:r w:rsidRPr="0020452C">
              <w:rPr>
                <w:b/>
              </w:rPr>
              <w:t>Традиционные</w:t>
            </w:r>
            <w:proofErr w:type="spellEnd"/>
            <w:r w:rsidRPr="0020452C">
              <w:rPr>
                <w:b/>
              </w:rPr>
              <w:t xml:space="preserve"> </w:t>
            </w:r>
            <w:proofErr w:type="spellStart"/>
            <w:r w:rsidRPr="0020452C">
              <w:rPr>
                <w:b/>
              </w:rPr>
              <w:t>искусства</w:t>
            </w:r>
            <w:proofErr w:type="spellEnd"/>
            <w:r w:rsidRPr="0020452C">
              <w:rPr>
                <w:b/>
              </w:rPr>
              <w:t xml:space="preserve"> и </w:t>
            </w:r>
            <w:proofErr w:type="spellStart"/>
            <w:r w:rsidRPr="0020452C">
              <w:rPr>
                <w:b/>
              </w:rPr>
              <w:t>ремесла</w:t>
            </w:r>
            <w:proofErr w:type="spellEnd"/>
            <w: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124D54" w14:textId="77777777" w:rsidR="00DD5B5D" w:rsidRPr="00435C9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2D5E6A" w14:textId="77777777" w:rsidR="00DD5B5D" w:rsidRPr="00435C9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8BEC9D" w14:textId="77777777" w:rsidR="00DD5B5D" w:rsidRPr="00435C9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011049" w14:textId="77777777" w:rsidR="00DD5B5D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но</w:t>
            </w:r>
            <w:r w:rsidRPr="003078AD">
              <w:rPr>
                <w:rFonts w:ascii="Times New Roman" w:hAnsi="Times New Roman" w:cs="Times New Roman"/>
                <w:lang w:val="ru-RU"/>
              </w:rPr>
              <w:t>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A4C7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01B1E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D29E9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4DAB95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1253C982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6C02D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730B3" w14:textId="77777777" w:rsidR="00DD5B5D" w:rsidRPr="0020452C" w:rsidRDefault="0020452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Государства и народы Африки и доколумбовой Америки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41F44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303E2F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E59AE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3426D" w14:textId="77777777" w:rsidR="00DD5B5D" w:rsidRPr="003078AD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но</w:t>
            </w:r>
            <w:r w:rsidRPr="003078AD">
              <w:rPr>
                <w:rFonts w:ascii="Times New Roman" w:hAnsi="Times New Roman" w:cs="Times New Roman"/>
                <w:lang w:val="ru-RU"/>
              </w:rPr>
              <w:t>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1DBF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A1389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3F04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A6AE6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6133C5AB" w14:textId="77777777" w:rsidTr="0020452C">
        <w:trPr>
          <w:trHeight w:hRule="exact" w:val="16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62C6F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37E9B" w14:textId="77777777" w:rsidR="0020452C" w:rsidRPr="0020452C" w:rsidRDefault="0020452C" w:rsidP="00435C9C">
            <w:pPr>
              <w:spacing w:after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Итоговое повторение по курсу</w:t>
            </w:r>
          </w:p>
          <w:p w14:paraId="73DCE9CE" w14:textId="77777777" w:rsidR="00DD5B5D" w:rsidRPr="0020452C" w:rsidRDefault="0020452C" w:rsidP="00435C9C">
            <w:pPr>
              <w:autoSpaceDE w:val="0"/>
              <w:autoSpaceDN w:val="0"/>
              <w:spacing w:before="98" w:after="0" w:line="262" w:lineRule="auto"/>
              <w:ind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Промежуточный контроль </w:t>
            </w:r>
            <w:proofErr w:type="gramStart"/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>« Наследие</w:t>
            </w:r>
            <w:proofErr w:type="gramEnd"/>
            <w:r w:rsidRPr="0020452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средних веков в истории человечества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027A72" w14:textId="77777777" w:rsidR="00DD5B5D" w:rsidRPr="0020452C" w:rsidRDefault="0020452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055EE" w14:textId="77777777" w:rsidR="00DD5B5D" w:rsidRPr="0020452C" w:rsidRDefault="0020452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D88AA" w14:textId="77777777" w:rsidR="00DD5B5D" w:rsidRPr="0020452C" w:rsidRDefault="00435C9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0CF9A" w14:textId="77777777" w:rsidR="00DD5B5D" w:rsidRPr="0020452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2BB9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F3DD0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13BA" w14:textId="77777777" w:rsidR="00DD5B5D" w:rsidRPr="0020452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8A521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Письменная работа.</w:t>
            </w:r>
          </w:p>
        </w:tc>
      </w:tr>
      <w:tr w:rsidR="00DD5B5D" w:rsidRPr="00B06C2A" w14:paraId="3F4D35D6" w14:textId="77777777" w:rsidTr="00435C9C">
        <w:trPr>
          <w:trHeight w:hRule="exact" w:val="21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33136E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D226D" w14:textId="77777777" w:rsidR="00DD5B5D" w:rsidRPr="00435C9C" w:rsidRDefault="00435C9C" w:rsidP="00435C9C">
            <w:pPr>
              <w:autoSpaceDE w:val="0"/>
              <w:autoSpaceDN w:val="0"/>
              <w:spacing w:before="98" w:after="0" w:line="262" w:lineRule="auto"/>
              <w:ind w:left="72" w:right="1008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435C9C">
              <w:rPr>
                <w:b/>
                <w:lang w:val="ru-RU"/>
              </w:rPr>
              <w:t>Введение. Роль и место России в мировой истории. Проблемы</w:t>
            </w:r>
            <w:r>
              <w:rPr>
                <w:b/>
                <w:lang w:val="ru-RU"/>
              </w:rPr>
              <w:t xml:space="preserve"> </w:t>
            </w:r>
            <w:r w:rsidRPr="00435C9C">
              <w:rPr>
                <w:b/>
                <w:lang w:val="ru-RU"/>
              </w:rPr>
              <w:t>периодизации. Источники по истории России.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E83AB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E0951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84C3A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14B2C" w14:textId="77777777" w:rsidR="00DD5B5D" w:rsidRPr="00435C9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CBB9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520C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6808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0D44B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2738A5CC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71E7F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F9BA1D" w14:textId="77777777" w:rsidR="00DD5B5D" w:rsidRPr="00435C9C" w:rsidRDefault="00435C9C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435C9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Древние люди и их стоянки на территории современной России.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65CB6B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399C65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17DF9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A8489" w14:textId="77777777" w:rsidR="00DD5B5D" w:rsidRPr="00435C9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55C3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D315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C424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4680D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5A421709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3D4C50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584A9" w14:textId="77777777" w:rsidR="00435C9C" w:rsidRPr="00435C9C" w:rsidRDefault="00435C9C" w:rsidP="00435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435C9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Неолитическая революция. Первые скотоводы, земледельцы, ремесленники</w:t>
            </w:r>
          </w:p>
          <w:p w14:paraId="65DF1AF0" w14:textId="77777777" w:rsidR="00DD5B5D" w:rsidRPr="005F1B35" w:rsidRDefault="00DD5B5D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195755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38322B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970BD" w14:textId="77777777" w:rsidR="00DD5B5D" w:rsidRPr="00435C9C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96E9B0" w14:textId="77777777" w:rsidR="00DD5B5D" w:rsidRPr="00435C9C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D56A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FA22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ADCA" w14:textId="77777777" w:rsidR="00DD5B5D" w:rsidRPr="00435C9C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C9E425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0E4088C5" w14:textId="77777777" w:rsidTr="00E27920">
        <w:trPr>
          <w:trHeight w:hRule="exact" w:val="14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AABEE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2A65F" w14:textId="77777777" w:rsidR="00DD5B5D" w:rsidRPr="00251703" w:rsidRDefault="00251703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25170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Образование </w:t>
            </w:r>
            <w:proofErr w:type="gramStart"/>
            <w:r w:rsidRPr="0025170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первых  государств</w:t>
            </w:r>
            <w:proofErr w:type="gramEnd"/>
            <w:r w:rsidRPr="0025170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. </w:t>
            </w:r>
            <w:r w:rsidRPr="00251703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27920">
              <w:rPr>
                <w:rFonts w:ascii="Times New Roman" w:hAnsi="Times New Roman" w:cs="Times New Roman"/>
                <w:b/>
                <w:lang w:val="ru-RU"/>
              </w:rPr>
              <w:t>Северное Причерноморье. Дербент.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56D59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5092D9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1E6C6C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219B1" w14:textId="77777777" w:rsidR="00DD5B5D" w:rsidRPr="00251703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6674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75119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F0793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423D90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D5A2B" w:rsidRPr="00B06C2A" w14:paraId="73B46303" w14:textId="77777777" w:rsidTr="00E27920">
        <w:trPr>
          <w:trHeight w:hRule="exact" w:val="14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3B149" w14:textId="77777777" w:rsidR="004D5A2B" w:rsidRDefault="004D5A2B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53BC6" w14:textId="77777777" w:rsidR="004D5A2B" w:rsidRPr="00251703" w:rsidRDefault="004D5A2B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32F73E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3D6F9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AD2F0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B4223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29C9" w14:textId="77777777" w:rsidR="004D5A2B" w:rsidRPr="00251703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BB2B" w14:textId="77777777" w:rsidR="004D5A2B" w:rsidRPr="00251703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2E7A" w14:textId="77777777" w:rsidR="004D5A2B" w:rsidRPr="00251703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8A73C" w14:textId="77777777" w:rsidR="004D5A2B" w:rsidRPr="00B06C2A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5B5D" w:rsidRPr="00B06C2A" w14:paraId="3234F411" w14:textId="77777777" w:rsidTr="00E27920">
        <w:trPr>
          <w:trHeight w:hRule="exact" w:val="126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CBB4AC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DF12CA" w14:textId="77777777" w:rsidR="00251703" w:rsidRPr="00251703" w:rsidRDefault="00251703" w:rsidP="00251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251703">
              <w:rPr>
                <w:rFonts w:ascii="Times New Roman" w:hAnsi="Times New Roman" w:cs="Times New Roman"/>
                <w:b/>
                <w:lang w:val="ru-RU"/>
              </w:rPr>
              <w:t>Великое переселение народов. Миграция готов. Нашествие гуннов.</w:t>
            </w:r>
            <w:r w:rsidRPr="0025170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Восточные славяне и их соседи</w:t>
            </w:r>
          </w:p>
          <w:p w14:paraId="41E07CDD" w14:textId="77777777" w:rsidR="00DD5B5D" w:rsidRPr="00251703" w:rsidRDefault="00DD5B5D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230DF0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DAA05B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699AD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25ACA" w14:textId="77777777" w:rsidR="00DD5B5D" w:rsidRPr="00251703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C229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2835F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6C39B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1AE0F5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5BE866FE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3FA95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0E7C4" w14:textId="77777777" w:rsidR="00DD5B5D" w:rsidRPr="00251703" w:rsidRDefault="00251703" w:rsidP="00251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251703">
              <w:rPr>
                <w:rFonts w:ascii="Times New Roman" w:hAnsi="Times New Roman" w:cs="Times New Roman"/>
                <w:b/>
                <w:lang w:val="ru-RU"/>
              </w:rPr>
              <w:t>Страны и народы Восточной Европы, Сибири и Дальнего Востока. Тюркский каганат. Хазарский каганат. Волжская Булгария.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82889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803E8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AC9F3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6253FC" w14:textId="77777777" w:rsidR="00DD5B5D" w:rsidRPr="00251703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CA2D1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1594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86BD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DCCE70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2BBEB95A" w14:textId="77777777" w:rsidTr="00700ABA">
        <w:trPr>
          <w:trHeight w:hRule="exact" w:val="7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402F9" w14:textId="77777777" w:rsidR="00DD5B5D" w:rsidRPr="00DD5B5D" w:rsidRDefault="00DD5B5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30F74" w14:textId="77777777" w:rsidR="00DD5B5D" w:rsidRPr="00251703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Первые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известия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Руси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4BEDD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B0971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A5EFC5" w14:textId="77777777" w:rsidR="00DD5B5D" w:rsidRPr="00251703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EC297D" w14:textId="77777777" w:rsidR="00DD5B5D" w:rsidRPr="00251703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80D7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BAF8B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A2FA6" w14:textId="77777777" w:rsidR="00DD5B5D" w:rsidRPr="00251703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B2F06F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57963243" w14:textId="77777777" w:rsidTr="00700ABA">
        <w:trPr>
          <w:trHeight w:hRule="exact" w:val="9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9822B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63889C" w14:textId="77777777" w:rsidR="00DD5B5D" w:rsidRPr="00E84D81" w:rsidRDefault="00E84D81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Становление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Древнерусского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государства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C8C1B" w14:textId="77777777" w:rsidR="00DD5B5D" w:rsidRPr="00B724AD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7D3EF" w14:textId="77777777" w:rsidR="00DD5B5D" w:rsidRPr="00B724AD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A2F6B" w14:textId="77777777" w:rsidR="00DD5B5D" w:rsidRPr="00B724AD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A1388" w14:textId="77777777" w:rsidR="00DD5B5D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3078A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hAnsi="Times New Roman" w:cs="Times New Roman"/>
                <w:lang w:val="ru-RU"/>
              </w:rPr>
              <w:t>нед</w:t>
            </w:r>
            <w:proofErr w:type="spellEnd"/>
            <w:r w:rsidRPr="003078AD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декабря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C2552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7743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E8DB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0F725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4389EB0F" w14:textId="77777777" w:rsidTr="00B724AD">
        <w:trPr>
          <w:trHeight w:hRule="exact" w:val="1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31CDE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73309" w14:textId="77777777" w:rsidR="00DD5B5D" w:rsidRPr="00E84D81" w:rsidRDefault="00E84D81" w:rsidP="00E84D81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E84D81">
              <w:rPr>
                <w:rFonts w:ascii="Times New Roman" w:hAnsi="Times New Roman" w:cs="Times New Roman"/>
                <w:b/>
                <w:lang w:val="ru-RU"/>
              </w:rPr>
              <w:t>Формирование территории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E84D81">
              <w:rPr>
                <w:rFonts w:ascii="Times New Roman" w:hAnsi="Times New Roman" w:cs="Times New Roman"/>
                <w:b/>
                <w:lang w:val="ru-RU"/>
              </w:rPr>
              <w:t>государства Русь.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E84D81">
              <w:rPr>
                <w:rFonts w:ascii="Times New Roman" w:hAnsi="Times New Roman" w:cs="Times New Roman"/>
                <w:b/>
                <w:lang w:val="ru-RU"/>
              </w:rPr>
              <w:t>Первые русские князья. Отношения с Византи</w:t>
            </w:r>
            <w:r w:rsidR="00B724AD">
              <w:rPr>
                <w:rFonts w:ascii="Times New Roman" w:hAnsi="Times New Roman" w:cs="Times New Roman"/>
                <w:b/>
                <w:lang w:val="ru-RU"/>
              </w:rPr>
              <w:t>ей.</w:t>
            </w:r>
            <w:r w:rsidRPr="00E84D81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7DB78F" w14:textId="77777777" w:rsidR="00DD5B5D" w:rsidRPr="00B724AD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F7DA3E" w14:textId="77777777" w:rsidR="00DD5B5D" w:rsidRPr="00B724AD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C4893" w14:textId="77777777" w:rsidR="00DD5B5D" w:rsidRPr="00B724AD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91742" w14:textId="77777777" w:rsidR="00DD5B5D" w:rsidRPr="003078AD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 xml:space="preserve">2 </w:t>
            </w:r>
            <w:proofErr w:type="spellStart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. января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E902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0EE1C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6FBA" w14:textId="77777777" w:rsidR="00DD5B5D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A1E51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25A3EB38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0B6BED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835E4" w14:textId="77777777" w:rsidR="00DD5B5D" w:rsidRPr="00700ABA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Урок-практикум по теме «</w:t>
            </w:r>
            <w:proofErr w:type="gramStart"/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Становление  Древнерусского</w:t>
            </w:r>
            <w:proofErr w:type="gramEnd"/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государства»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86104" w14:textId="77777777" w:rsidR="00DD5B5D" w:rsidRPr="00E84D81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EB396" w14:textId="77777777" w:rsidR="00DD5B5D" w:rsidRPr="00E84D81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C793A" w14:textId="77777777" w:rsidR="00DD5B5D" w:rsidRPr="00E84D81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B389F4" w14:textId="77777777" w:rsidR="00DD5B5D" w:rsidRPr="00E84D81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 xml:space="preserve">2 </w:t>
            </w:r>
            <w:proofErr w:type="spellStart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. января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0DFC" w14:textId="77777777" w:rsidR="00DD5B5D" w:rsidRPr="00E84D81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6D2A" w14:textId="77777777" w:rsidR="00DD5B5D" w:rsidRPr="00E84D81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9BE65" w14:textId="77777777" w:rsidR="00DD5B5D" w:rsidRPr="00E84D81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2A163C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3F9ADE5E" w14:textId="77777777" w:rsidTr="00700ABA">
        <w:trPr>
          <w:trHeight w:hRule="exact" w:val="9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37AB8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07A13C" w14:textId="77777777" w:rsidR="00DD5B5D" w:rsidRPr="00700ABA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Правление князя Владимира. Крещение Руси.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C16412" w14:textId="77777777" w:rsidR="00DD5B5D" w:rsidRPr="00700ABA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8E853" w14:textId="77777777" w:rsidR="00DD5B5D" w:rsidRPr="00700ABA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56D47" w14:textId="77777777" w:rsidR="00DD5B5D" w:rsidRPr="00700ABA" w:rsidRDefault="00B724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1E0E52" w14:textId="77777777" w:rsidR="00DD5B5D" w:rsidRPr="00700ABA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3</w:t>
            </w:r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. января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04E1" w14:textId="77777777" w:rsidR="00DD5B5D" w:rsidRPr="00700ABA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0235" w14:textId="77777777" w:rsidR="00DD5B5D" w:rsidRPr="00700ABA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17642" w14:textId="77777777" w:rsidR="00DD5B5D" w:rsidRPr="00700ABA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29500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350D6BB6" w14:textId="77777777" w:rsidTr="00E27920">
        <w:trPr>
          <w:trHeight w:hRule="exact" w:val="16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518CEC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80C3B" w14:textId="77777777" w:rsidR="00DD5B5D" w:rsidRPr="005F1B35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F80A08">
              <w:rPr>
                <w:rFonts w:ascii="Times New Roman" w:hAnsi="Times New Roman" w:cs="Times New Roman"/>
                <w:b/>
                <w:lang w:val="ru-RU"/>
              </w:rPr>
              <w:t xml:space="preserve">Русь в конце </w:t>
            </w:r>
            <w:r w:rsidRPr="00F80A08">
              <w:rPr>
                <w:rFonts w:ascii="Times New Roman" w:hAnsi="Times New Roman" w:cs="Times New Roman"/>
                <w:b/>
              </w:rPr>
              <w:t>X </w:t>
            </w:r>
            <w:r w:rsidRPr="00F80A08">
              <w:rPr>
                <w:rFonts w:ascii="Times New Roman" w:hAnsi="Times New Roman" w:cs="Times New Roman"/>
                <w:b/>
                <w:lang w:val="ru-RU"/>
              </w:rPr>
              <w:t xml:space="preserve">—нач. </w:t>
            </w:r>
            <w:r w:rsidRPr="00F80A08">
              <w:rPr>
                <w:rFonts w:ascii="Times New Roman" w:hAnsi="Times New Roman" w:cs="Times New Roman"/>
                <w:b/>
              </w:rPr>
              <w:t>XII</w:t>
            </w:r>
            <w:r w:rsidRPr="00F80A08">
              <w:rPr>
                <w:rFonts w:ascii="Times New Roman" w:hAnsi="Times New Roman" w:cs="Times New Roman"/>
                <w:b/>
                <w:lang w:val="ru-RU"/>
              </w:rPr>
              <w:t xml:space="preserve"> в. Территория и население. Крупнейшие города Руси.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A0CC0" w14:textId="77777777" w:rsidR="00DD5B5D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7E903" w14:textId="77777777" w:rsidR="00DD5B5D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2C19A" w14:textId="77777777" w:rsidR="00DD5B5D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9FC8D" w14:textId="77777777" w:rsidR="00DD5B5D" w:rsidRPr="00700ABA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3</w:t>
            </w:r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. января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79A6" w14:textId="77777777" w:rsidR="00DD5B5D" w:rsidRPr="00700ABA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9B9A2" w14:textId="77777777" w:rsidR="00DD5B5D" w:rsidRPr="00700ABA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5E03" w14:textId="77777777" w:rsidR="00DD5B5D" w:rsidRPr="00700ABA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A4A9D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45A07BA3" w14:textId="77777777" w:rsidTr="00F80A08">
        <w:trPr>
          <w:trHeight w:hRule="exact" w:val="7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9F690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4DD29" w14:textId="77777777" w:rsidR="00DD5B5D" w:rsidRPr="00700ABA" w:rsidRDefault="00700ABA" w:rsidP="00700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Русское государство при Ярославе Мудром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5487B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A87AD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3CE64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01A44C" w14:textId="77777777" w:rsidR="00DD5B5D" w:rsidRPr="00F80A08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. января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8ECDF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0B1E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4B27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DED50E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697B5BD7" w14:textId="77777777" w:rsidTr="00F80A08">
        <w:trPr>
          <w:trHeight w:hRule="exact" w:val="99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3F84D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984E0" w14:textId="77777777" w:rsidR="00DD5B5D" w:rsidRPr="00F80A08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Русь при наследниках Ярослава Мудрого.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Владимир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Мономах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B7C95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76008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DBEF25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228EC" w14:textId="77777777" w:rsidR="00DD5B5D" w:rsidRPr="00F80A08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. января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AE57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519D2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C5B70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CC2D5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767EFDE8" w14:textId="77777777" w:rsidTr="00E27920">
        <w:trPr>
          <w:trHeight w:hRule="exact" w:val="7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7F279D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1F8A13" w14:textId="77777777" w:rsidR="00700ABA" w:rsidRPr="00700ABA" w:rsidRDefault="00700ABA" w:rsidP="00740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Общественный строй и церковная организация на Руси.</w:t>
            </w:r>
          </w:p>
          <w:p w14:paraId="5600E526" w14:textId="77777777" w:rsidR="00700ABA" w:rsidRPr="00700ABA" w:rsidRDefault="00700ABA" w:rsidP="00700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14:paraId="7B63D285" w14:textId="77777777" w:rsidR="00DD5B5D" w:rsidRPr="00F80A08" w:rsidRDefault="00DD5B5D" w:rsidP="00F80A08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031DA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543A7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10DC6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CA2FEF" w14:textId="77777777" w:rsidR="00DD5B5D" w:rsidRPr="003078AD" w:rsidRDefault="003078A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5</w:t>
            </w:r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3078AD">
              <w:rPr>
                <w:rFonts w:ascii="Times New Roman" w:eastAsia="Times New Roman" w:hAnsi="Times New Roman"/>
                <w:color w:val="000000"/>
                <w:lang w:val="ru-RU"/>
              </w:rPr>
              <w:t>. января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B6D9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6033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554D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6C3D77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DD5B5D" w:rsidRPr="00B06C2A" w14:paraId="25A32C66" w14:textId="77777777" w:rsidTr="00740BE5">
        <w:trPr>
          <w:trHeight w:hRule="exact" w:val="10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F9AE8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65FDE" w14:textId="77777777" w:rsidR="00DD5B5D" w:rsidRPr="00700ABA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Культурное пространство Европы и </w:t>
            </w:r>
            <w:proofErr w:type="gramStart"/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культура  Руси</w:t>
            </w:r>
            <w:proofErr w:type="gramEnd"/>
            <w:r w:rsidR="00740BE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89A39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14221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2BDC5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E72597" w14:textId="77777777" w:rsidR="00DD5B5D" w:rsidRPr="0040691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1нед.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февраля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ED32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5AC0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4B72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E2A23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D5A2B" w:rsidRPr="00B06C2A" w14:paraId="6DD896EE" w14:textId="77777777" w:rsidTr="00740BE5">
        <w:trPr>
          <w:trHeight w:hRule="exact" w:val="10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F6766" w14:textId="77777777" w:rsidR="004D5A2B" w:rsidRDefault="004D5A2B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AE7878" w14:textId="77777777" w:rsidR="004D5A2B" w:rsidRPr="00700ABA" w:rsidRDefault="004D5A2B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5040DA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D4B9F2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E4F14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5CAE1F" w14:textId="77777777" w:rsidR="004D5A2B" w:rsidRPr="0040691A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BED6" w14:textId="77777777" w:rsidR="004D5A2B" w:rsidRPr="00F80A0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2761" w14:textId="77777777" w:rsidR="004D5A2B" w:rsidRPr="00F80A0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9604" w14:textId="77777777" w:rsidR="004D5A2B" w:rsidRPr="00F80A0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5194D" w14:textId="77777777" w:rsidR="004D5A2B" w:rsidRPr="00B06C2A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5B5D" w:rsidRPr="00B06C2A" w14:paraId="59CA5287" w14:textId="77777777" w:rsidTr="00E27920">
        <w:trPr>
          <w:trHeight w:hRule="exact" w:val="76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EB1AEB" w14:textId="77777777" w:rsidR="00DD5B5D" w:rsidRP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74AFB7" w14:textId="77777777" w:rsidR="00DD5B5D" w:rsidRPr="00700ABA" w:rsidRDefault="00700ABA" w:rsidP="00700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Повседневная жизнь населения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85F38C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DD0347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D35DDB" w14:textId="77777777" w:rsidR="00DD5B5D" w:rsidRPr="00F80A0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49B10" w14:textId="77777777" w:rsidR="00DD5B5D" w:rsidRPr="00F80A0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2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февраля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7C12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8E6A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D441C" w14:textId="77777777" w:rsidR="00DD5B5D" w:rsidRPr="00F80A08" w:rsidRDefault="00DD5B5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ACA94" w14:textId="77777777" w:rsidR="00DD5B5D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4D3F01BD" w14:textId="77777777" w:rsidTr="00E27920">
        <w:trPr>
          <w:trHeight w:hRule="exact" w:val="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CCD8D0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6803F" w14:textId="77777777" w:rsidR="003D2BEA" w:rsidRPr="00700ABA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Практикум «Место Руси в Европе»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2E52E" w14:textId="77777777" w:rsidR="003D2BEA" w:rsidRPr="00700ABA" w:rsidRDefault="003D2B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6EC596" w14:textId="77777777" w:rsidR="003D2BEA" w:rsidRPr="00700ABA" w:rsidRDefault="003D2B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F0E52" w14:textId="77777777" w:rsidR="003D2BEA" w:rsidRPr="00700ABA" w:rsidRDefault="003D2B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518F6" w14:textId="77777777" w:rsidR="003D2BEA" w:rsidRPr="00700AB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2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февраля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5F8B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50F5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8B6A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C3521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1A0E271D" w14:textId="77777777" w:rsidTr="00700ABA">
        <w:trPr>
          <w:trHeight w:hRule="exact" w:val="156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285D5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4EB81" w14:textId="77777777" w:rsidR="003D2BEA" w:rsidRPr="00700ABA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Повторительно-обобщающий урок по теме «Древняя Русь 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VIII</w:t>
            </w: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-первой половине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XII</w:t>
            </w: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в.»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0BBDBB" w14:textId="77777777" w:rsidR="003D2BEA" w:rsidRPr="00700ABA" w:rsidRDefault="00700AB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A912B" w14:textId="77777777" w:rsidR="003D2BEA" w:rsidRPr="00B06C2A" w:rsidRDefault="00B06C2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1FD71E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C7216" w14:textId="77777777" w:rsidR="003D2BEA" w:rsidRPr="00700AB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3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февраля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AE2E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DBAD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41D4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DD54E1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Письменная работа.</w:t>
            </w:r>
          </w:p>
        </w:tc>
      </w:tr>
      <w:tr w:rsidR="003D2BEA" w:rsidRPr="00B06C2A" w14:paraId="5E65CB88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F422D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A8C7D" w14:textId="77777777" w:rsidR="003D2BEA" w:rsidRPr="005F1B35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Политическая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раздробленность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Руси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C96F1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75504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586DE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3DBC6" w14:textId="77777777" w:rsidR="003D2BE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3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февраля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EB2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C5B7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CB7B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30AE5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57A8726D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3E002B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92A58" w14:textId="77777777" w:rsidR="003D2BEA" w:rsidRPr="00700ABA" w:rsidRDefault="00700ABA" w:rsidP="00700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Владимиро-Суздальское княжество</w:t>
            </w:r>
            <w:r w:rsidRPr="00700A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ru-RU"/>
              </w:rPr>
              <w:t>.  Торговый путь из Москвы во Владимиро- Суздальское княжество через р. Яуза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A38B4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5E2DDB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11E394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548760" w14:textId="77777777" w:rsidR="003D2BEA" w:rsidRPr="00700ABA" w:rsidRDefault="0040691A" w:rsidP="0040691A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5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февраля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22D9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C8C7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745B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A2767D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32528C7B" w14:textId="77777777" w:rsidTr="0040691A">
        <w:trPr>
          <w:trHeight w:hRule="exact" w:val="7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3A9157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6BD55" w14:textId="77777777" w:rsidR="00700ABA" w:rsidRPr="009D3598" w:rsidRDefault="00700ABA" w:rsidP="00700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Новгородская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земля</w:t>
            </w:r>
            <w:proofErr w:type="spellEnd"/>
            <w:r w:rsidR="009D359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7FFA09C4" w14:textId="77777777" w:rsidR="00700ABA" w:rsidRDefault="00700ABA" w:rsidP="00700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655A4A2" w14:textId="77777777" w:rsidR="003D2BEA" w:rsidRPr="005F1B35" w:rsidRDefault="003D2BE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999B38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467F2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47606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0861F" w14:textId="77777777" w:rsidR="003D2BEA" w:rsidRPr="0040691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00BF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5CAD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4903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FCF511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5D720B2A" w14:textId="77777777" w:rsidTr="009D3598">
        <w:trPr>
          <w:trHeight w:hRule="exact" w:val="9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E4158A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1B1439" w14:textId="77777777" w:rsidR="003D2BEA" w:rsidRPr="00700ABA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Южные и юго-западные русские княжества</w:t>
            </w:r>
            <w:r w:rsidR="009D359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36DF4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DF9AB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5FD6AE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BCEF0" w14:textId="77777777" w:rsidR="003D2BEA" w:rsidRPr="00700AB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2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C599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F5486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7FA2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4F335B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1508FFE2" w14:textId="77777777" w:rsidTr="009D3598">
        <w:trPr>
          <w:trHeight w:hRule="exact" w:val="9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2333AE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289DB" w14:textId="77777777" w:rsidR="003D2BEA" w:rsidRPr="00700ABA" w:rsidRDefault="00700AB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00A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Поселение вятичей на территории </w:t>
            </w:r>
            <w:proofErr w:type="spellStart"/>
            <w:r w:rsidRPr="00700A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ru-RU"/>
              </w:rPr>
              <w:t>с.Болшево</w:t>
            </w:r>
            <w:proofErr w:type="spellEnd"/>
            <w:r w:rsidRPr="00700A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proofErr w:type="gramStart"/>
            <w:r w:rsidRPr="00700A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( </w:t>
            </w:r>
            <w:r w:rsidRPr="00700A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XII</w:t>
            </w:r>
            <w:proofErr w:type="gramEnd"/>
            <w:r w:rsidRPr="00700A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в.)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EF62E8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26201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6A6CA" w14:textId="77777777" w:rsidR="003D2BEA" w:rsidRPr="00700AB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978D5" w14:textId="77777777" w:rsidR="003D2BEA" w:rsidRPr="00700AB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2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817B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406B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D48EC" w14:textId="77777777" w:rsidR="003D2BEA" w:rsidRPr="00700AB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36FE9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1CA7DD7C" w14:textId="77777777" w:rsidTr="009D3598">
        <w:trPr>
          <w:trHeight w:hRule="exact" w:val="157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D4A76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E3DAC" w14:textId="77777777" w:rsidR="003D2BEA" w:rsidRPr="009D3598" w:rsidRDefault="009D3598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D359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Повторительно-обобщающий урок: «Русские земли в период политической раздробленности»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00E126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CA5DB3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96F45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AEA2B4" w14:textId="77777777" w:rsidR="003D2BEA" w:rsidRPr="009D359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3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497CD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6719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FD277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A1BC2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1BB0B9CE" w14:textId="77777777" w:rsidTr="00E27920">
        <w:trPr>
          <w:trHeight w:hRule="exact" w:val="99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E8A933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FEA7B" w14:textId="77777777" w:rsidR="009D3598" w:rsidRPr="009D3598" w:rsidRDefault="009D3598" w:rsidP="009D35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9D359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Монгольская империя и изменение политической карты мира</w:t>
            </w:r>
          </w:p>
          <w:p w14:paraId="6DC372AF" w14:textId="77777777" w:rsidR="003D2BEA" w:rsidRPr="005F1B35" w:rsidRDefault="003D2BE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3831B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9936D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996BD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897D8" w14:textId="77777777" w:rsidR="003D2BEA" w:rsidRPr="009D359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3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0260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EC9A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28D9C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5F8651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2D95EE3F" w14:textId="77777777" w:rsidTr="00E27920">
        <w:trPr>
          <w:trHeight w:hRule="exact" w:val="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D4C85C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1757ED" w14:textId="77777777" w:rsidR="009D3598" w:rsidRDefault="009D3598" w:rsidP="009D35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Батыево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нашествие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Русь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14:paraId="2D94E528" w14:textId="77777777" w:rsidR="003D2BEA" w:rsidRPr="005F1B35" w:rsidRDefault="003D2BE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280300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7FE2D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EE2C2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E0139" w14:textId="77777777" w:rsidR="003D2BE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ABE4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C2EE8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5579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6BB89B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6EEF3186" w14:textId="77777777" w:rsidTr="00090F8A">
        <w:trPr>
          <w:trHeight w:hRule="exact" w:val="9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1BBDA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099A6" w14:textId="77777777" w:rsidR="003D2BEA" w:rsidRPr="00090F8A" w:rsidRDefault="00090F8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Северо-Западная Русь между Востоком и Западом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434E19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17D1ED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D3775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A54C7B" w14:textId="77777777" w:rsidR="003D2BEA" w:rsidRPr="009D359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07BD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BD92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50B3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86A184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4C015129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BC316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8801EE" w14:textId="77777777" w:rsidR="003D2BEA" w:rsidRPr="009D3598" w:rsidRDefault="00090F8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D359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Золотая Орда: государственный строй, население, экономика, культура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EC041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271AE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FE19F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EF808E" w14:textId="77777777" w:rsidR="003D2BEA" w:rsidRPr="009D359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5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3A1B9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23C1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6C04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04CB8A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D5A2B" w:rsidRPr="00B06C2A" w14:paraId="002DF2AA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C106F" w14:textId="77777777" w:rsidR="004D5A2B" w:rsidRDefault="004D5A2B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F69D5" w14:textId="77777777" w:rsidR="004D5A2B" w:rsidRPr="009D3598" w:rsidRDefault="004D5A2B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C05B8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6428B5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A5874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05CE5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6F52" w14:textId="77777777" w:rsidR="004D5A2B" w:rsidRPr="009D359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641F" w14:textId="77777777" w:rsidR="004D5A2B" w:rsidRPr="009D359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4D01B" w14:textId="77777777" w:rsidR="004D5A2B" w:rsidRPr="009D359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0634A" w14:textId="77777777" w:rsidR="004D5A2B" w:rsidRPr="00B06C2A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2BEA" w:rsidRPr="00B06C2A" w14:paraId="6456337C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937E8A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bookmarkStart w:id="1" w:name="_Hlk106916400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6A5C82" w14:textId="77777777" w:rsidR="003D2BEA" w:rsidRPr="009D3598" w:rsidRDefault="00D22378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Распад Золотой </w:t>
            </w:r>
            <w:proofErr w:type="gramStart"/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Орды  и</w:t>
            </w:r>
            <w:proofErr w:type="gramEnd"/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его последствия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6BC20A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FD92A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3B10CE" w14:textId="77777777" w:rsidR="003D2BEA" w:rsidRPr="009D359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05B91" w14:textId="77777777" w:rsidR="003D2BEA" w:rsidRPr="009D359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5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марта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5B460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9388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74EA" w14:textId="77777777" w:rsidR="003D2BEA" w:rsidRPr="009D359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A70ACD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44A8146C" w14:textId="77777777" w:rsidTr="00740BE5">
        <w:trPr>
          <w:trHeight w:hRule="exact" w:val="8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21428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C22E4" w14:textId="77777777" w:rsidR="003D2BEA" w:rsidRPr="005F1B35" w:rsidRDefault="00D22378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Литовское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государство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Русь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34EEE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7F2F4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904318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6AE25C" w14:textId="77777777" w:rsidR="003D2BEA" w:rsidRPr="0040691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2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апреля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B9D0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4AF7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9683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F1DC94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41465D06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45A55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A6CAF" w14:textId="77777777" w:rsidR="003D2BEA" w:rsidRPr="005F1B35" w:rsidRDefault="00D22378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Усиление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Московского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княжества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184E84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88E8BB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553269" w14:textId="77777777" w:rsidR="003D2BEA" w:rsidRPr="00740BE5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BD63E" w14:textId="77777777" w:rsidR="003D2BE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2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апреля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B1CF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2F43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FEBE" w14:textId="77777777" w:rsidR="003D2BE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6C452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04BBDC49" w14:textId="77777777" w:rsidTr="00D22378">
        <w:trPr>
          <w:trHeight w:hRule="exact" w:val="9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B83D9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ADFF6A" w14:textId="77777777" w:rsidR="003D2BEA" w:rsidRPr="00090F8A" w:rsidRDefault="00D22378" w:rsidP="00E27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Объединение русских земель вокруг Москвы.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Куликовская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битва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2C4858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032B4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62252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5F723E" w14:textId="77777777" w:rsidR="003D2BEA" w:rsidRPr="00090F8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3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апреля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6ED2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2DE8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D8ED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F5C60F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59FFC201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E7DCA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C7ABB" w14:textId="77777777" w:rsidR="00090F8A" w:rsidRPr="00090F8A" w:rsidRDefault="00090F8A" w:rsidP="00090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Развитие культуры </w:t>
            </w:r>
            <w:proofErr w:type="gramStart"/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  русских</w:t>
            </w:r>
            <w:proofErr w:type="gramEnd"/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землях во второй половине</w:t>
            </w:r>
            <w:r w:rsidRPr="00090F8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XIII</w:t>
            </w: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XIV</w:t>
            </w: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вв.</w:t>
            </w:r>
            <w:r w:rsidRPr="00090F8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 xml:space="preserve"> </w:t>
            </w:r>
          </w:p>
          <w:p w14:paraId="686D5BA8" w14:textId="77777777" w:rsidR="00090F8A" w:rsidRPr="00090F8A" w:rsidRDefault="00090F8A" w:rsidP="00090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</w:p>
          <w:p w14:paraId="46622275" w14:textId="77777777" w:rsidR="003D2BEA" w:rsidRPr="005F1B35" w:rsidRDefault="003D2BE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0C7F5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3D999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F8304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238BF" w14:textId="77777777" w:rsidR="003D2BEA" w:rsidRPr="00090F8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3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апреля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7E0D0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54EC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8E8B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F35CC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02A02DA1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2739C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9F9F2" w14:textId="77777777" w:rsidR="003D2BEA" w:rsidRPr="00090F8A" w:rsidRDefault="00090F8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Повторительно-обобщающий урок «Русские </w:t>
            </w:r>
            <w:proofErr w:type="gramStart"/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земли  в</w:t>
            </w:r>
            <w:proofErr w:type="gramEnd"/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середине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XIII</w:t>
            </w: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XIV</w:t>
            </w: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вв</w:t>
            </w:r>
            <w:proofErr w:type="spellEnd"/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»  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67D52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12ACC6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7AF6AE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64761" w14:textId="77777777" w:rsidR="003D2BEA" w:rsidRPr="00090F8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апреля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29BB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CE71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80EC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0963A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4038916C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0324F2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D3F3E" w14:textId="77777777" w:rsidR="003D2BEA" w:rsidRPr="00090F8A" w:rsidRDefault="00090F8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Русские земли на политической карте Европы и мира в начале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XV</w:t>
            </w: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века.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00A82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00706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9A5D4D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A30EF" w14:textId="77777777" w:rsidR="003D2BEA" w:rsidRPr="00090F8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апреля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121F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0C2C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D6D1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8D9CE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0AF8FF50" w14:textId="77777777" w:rsidTr="00090F8A">
        <w:trPr>
          <w:trHeight w:hRule="exact" w:val="7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2FB10D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8313E" w14:textId="77777777" w:rsidR="00090F8A" w:rsidRPr="00090F8A" w:rsidRDefault="00090F8A" w:rsidP="00090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Московское княжество в первой </w:t>
            </w:r>
            <w:proofErr w:type="gramStart"/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половине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XV</w:t>
            </w:r>
            <w:proofErr w:type="gramEnd"/>
            <w:r w:rsidRPr="00090F8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вв.</w:t>
            </w:r>
          </w:p>
          <w:p w14:paraId="4C75D21E" w14:textId="77777777" w:rsidR="00090F8A" w:rsidRPr="00090F8A" w:rsidRDefault="00090F8A" w:rsidP="00090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14:paraId="5F0AA462" w14:textId="77777777" w:rsidR="003D2BEA" w:rsidRPr="005F1B35" w:rsidRDefault="003D2BE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513B7D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3F5DC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BF5C1" w14:textId="77777777" w:rsidR="003D2BEA" w:rsidRPr="00090F8A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6FB81D" w14:textId="77777777" w:rsidR="003D2BEA" w:rsidRPr="0040691A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29EA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0001A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B64C" w14:textId="77777777" w:rsidR="003D2BEA" w:rsidRPr="00090F8A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BE34B6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61351317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767B3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01E404" w14:textId="77777777" w:rsidR="003D2BEA" w:rsidRPr="00D22378" w:rsidRDefault="00D22378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D22378">
              <w:rPr>
                <w:rFonts w:ascii="Times New Roman" w:hAnsi="Times New Roman" w:cs="Times New Roman"/>
                <w:b/>
                <w:lang w:val="ru-RU"/>
              </w:rPr>
              <w:t xml:space="preserve">Междоусобная война в Московском княжестве второй четверти </w:t>
            </w:r>
            <w:proofErr w:type="gramStart"/>
            <w:r w:rsidRPr="00D22378">
              <w:rPr>
                <w:rFonts w:ascii="Times New Roman" w:hAnsi="Times New Roman" w:cs="Times New Roman"/>
                <w:b/>
              </w:rPr>
              <w:t>XV </w:t>
            </w:r>
            <w:r w:rsidRPr="00D22378">
              <w:rPr>
                <w:rFonts w:ascii="Times New Roman" w:hAnsi="Times New Roman" w:cs="Times New Roman"/>
                <w:b/>
                <w:lang w:val="ru-RU"/>
              </w:rPr>
              <w:t xml:space="preserve"> в.</w:t>
            </w:r>
            <w:proofErr w:type="gramEnd"/>
            <w:r w:rsidRPr="00D22378">
              <w:rPr>
                <w:rFonts w:ascii="Times New Roman" w:hAnsi="Times New Roman" w:cs="Times New Roman"/>
                <w:b/>
                <w:lang w:val="ru-RU"/>
              </w:rPr>
              <w:t xml:space="preserve"> Василий Темный.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54AD1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3F3D8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8E569F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DF199" w14:textId="77777777" w:rsidR="003D2BEA" w:rsidRPr="00D2237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A3A46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520B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35D4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8FEAF2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0E216B6D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A36A4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F10E4" w14:textId="77777777" w:rsidR="003D2BEA" w:rsidRPr="00D22378" w:rsidRDefault="00D22378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Московское государство </w:t>
            </w:r>
            <w:proofErr w:type="gramStart"/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  его</w:t>
            </w:r>
            <w:proofErr w:type="gramEnd"/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соседи во второй половине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XV</w:t>
            </w: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века.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B7B01A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EBB4E7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87EB7E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21810" w14:textId="77777777" w:rsidR="003D2BEA" w:rsidRPr="00D2237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2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0F1A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4ADD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C1D9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E77933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1491B812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2FC88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3EAF44" w14:textId="77777777" w:rsidR="003D2BEA" w:rsidRPr="00B724AD" w:rsidRDefault="00D22378" w:rsidP="00D22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Ликвидация зависимости от Орды. </w:t>
            </w:r>
            <w:r w:rsidR="00B724A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Внутренняя политика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Ива</w:t>
            </w:r>
            <w:r w:rsidR="00B724A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B724AD">
              <w:rPr>
                <w:rFonts w:ascii="Times New Roman" w:eastAsia="Times New Roman" w:hAnsi="Times New Roman" w:cs="Times New Roman"/>
                <w:b/>
                <w:bCs/>
              </w:rPr>
              <w:t>III</w:t>
            </w:r>
            <w:r w:rsidR="00B724A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6B6F1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52353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916F2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121C0E" w14:textId="77777777" w:rsidR="003D2BEA" w:rsidRPr="00D2237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2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0C44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7BF8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CF43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DDBAF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D5A2B" w:rsidRPr="00B06C2A" w14:paraId="64C97A1C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8EB98" w14:textId="77777777" w:rsidR="004D5A2B" w:rsidRDefault="004D5A2B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300F6" w14:textId="77777777" w:rsidR="004D5A2B" w:rsidRDefault="004D5A2B" w:rsidP="00D22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A88F93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8A256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8B654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77C5E" w14:textId="77777777" w:rsidR="004D5A2B" w:rsidRDefault="004D5A2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B29C6" w14:textId="77777777" w:rsidR="004D5A2B" w:rsidRPr="00D2237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3BB7" w14:textId="77777777" w:rsidR="004D5A2B" w:rsidRPr="00D2237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5AA75" w14:textId="77777777" w:rsidR="004D5A2B" w:rsidRPr="00D22378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F90F36" w14:textId="77777777" w:rsidR="004D5A2B" w:rsidRPr="00B06C2A" w:rsidRDefault="004D5A2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2BEA" w:rsidRPr="00B06C2A" w14:paraId="160B6954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F5445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0AAB7" w14:textId="77777777" w:rsidR="003D2BEA" w:rsidRPr="005F1B35" w:rsidRDefault="00D22378" w:rsidP="00D2237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Русская православная церковь и государство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XV</w:t>
            </w: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– начале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XVI</w:t>
            </w: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вв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820B8A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019DE6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368A1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1CDCB" w14:textId="77777777" w:rsidR="003D2BEA" w:rsidRPr="00D2237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3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AE66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6E19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F9644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3478CF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5B0FA044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483F9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D7B3BC" w14:textId="77777777" w:rsidR="00D22378" w:rsidRDefault="00D22378" w:rsidP="00D22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Практикум «Человек в Российском государстве второй пол.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XV в.»</w:t>
            </w:r>
          </w:p>
          <w:p w14:paraId="731709B0" w14:textId="77777777" w:rsidR="003D2BEA" w:rsidRPr="005F1B35" w:rsidRDefault="003D2BEA" w:rsidP="00D2237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B8F56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6AD62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66BF4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86A4D" w14:textId="77777777" w:rsidR="003D2BEA" w:rsidRPr="00D2237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3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2CCCA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196E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65B5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594F1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700E37ED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842BD2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1C5F8" w14:textId="77777777" w:rsidR="00D22378" w:rsidRPr="00B724AD" w:rsidRDefault="00D22378" w:rsidP="00D22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 w:rsidRPr="00D2237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Формирование культурного пространства единого Российского государства</w:t>
            </w:r>
            <w:r w:rsidR="00B724A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. </w:t>
            </w:r>
            <w:proofErr w:type="spellStart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Храмы</w:t>
            </w:r>
            <w:proofErr w:type="spellEnd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на</w:t>
            </w:r>
            <w:proofErr w:type="spellEnd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proofErr w:type="gramStart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территории</w:t>
            </w:r>
            <w:proofErr w:type="spellEnd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 </w:t>
            </w:r>
            <w:proofErr w:type="spellStart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современного</w:t>
            </w:r>
            <w:proofErr w:type="spellEnd"/>
            <w:proofErr w:type="gramEnd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г. </w:t>
            </w:r>
            <w:proofErr w:type="spellStart"/>
            <w:r w:rsidR="00B724AD" w:rsidRPr="00B724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Королёва</w:t>
            </w:r>
            <w:proofErr w:type="spellEnd"/>
          </w:p>
          <w:p w14:paraId="61649B27" w14:textId="77777777" w:rsidR="003D2BEA" w:rsidRPr="005F1B35" w:rsidRDefault="003D2BE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10739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F10AB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4F2672" w14:textId="77777777" w:rsidR="003D2BEA" w:rsidRPr="00D22378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2B157" w14:textId="77777777" w:rsidR="003D2BEA" w:rsidRPr="00D22378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2CD9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5D4B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E5A2" w14:textId="77777777" w:rsidR="003D2BEA" w:rsidRPr="00D22378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0342B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3D2BEA" w:rsidRPr="00B06C2A" w14:paraId="76B4BC4F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464EC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0AC3E" w14:textId="77777777" w:rsidR="003D2BEA" w:rsidRPr="00B724AD" w:rsidRDefault="00B724AD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Итоговая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C9FC4" w14:textId="77777777" w:rsidR="003D2BEA" w:rsidRPr="00B724AD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09E27D" w14:textId="77777777" w:rsidR="003D2BEA" w:rsidRPr="00B724AD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42CFC5" w14:textId="77777777" w:rsidR="003D2BEA" w:rsidRPr="00B724AD" w:rsidRDefault="00740B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2983CC" w14:textId="77777777" w:rsidR="003D2BEA" w:rsidRPr="00B724AD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EAAB" w14:textId="77777777" w:rsidR="003D2BEA" w:rsidRPr="00B724AD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9FDA" w14:textId="77777777" w:rsidR="003D2BEA" w:rsidRPr="00B724AD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403E" w14:textId="77777777" w:rsidR="003D2BEA" w:rsidRPr="00B724AD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AE6065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Письменная работа</w:t>
            </w:r>
          </w:p>
        </w:tc>
      </w:tr>
      <w:tr w:rsidR="003D2BEA" w:rsidRPr="00B06C2A" w14:paraId="635580C4" w14:textId="77777777" w:rsidTr="006667E9">
        <w:trPr>
          <w:trHeight w:hRule="exact" w:val="13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A916B2" w14:textId="77777777" w:rsidR="003D2BEA" w:rsidRDefault="003D2B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855C0" w14:textId="77777777" w:rsidR="003D2BEA" w:rsidRPr="00B724AD" w:rsidRDefault="00B724AD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724A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Итоговое повторение по курсу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 Анализ контрольных работ.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5E6B3D" w14:textId="77777777" w:rsidR="003D2BEA" w:rsidRPr="00B724AD" w:rsidRDefault="00E2792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44B762" w14:textId="77777777" w:rsidR="003D2BEA" w:rsidRPr="00B724AD" w:rsidRDefault="00E2792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C1B98" w14:textId="77777777" w:rsidR="003D2BEA" w:rsidRPr="00B724AD" w:rsidRDefault="00E2792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FB6CC2" w14:textId="77777777" w:rsidR="003D2BEA" w:rsidRPr="00B724AD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5</w:t>
            </w:r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нед</w:t>
            </w:r>
            <w:proofErr w:type="spellEnd"/>
            <w:r w:rsidRPr="0040691A">
              <w:rPr>
                <w:rFonts w:ascii="Times New Roman" w:eastAsia="Times New Roman" w:hAnsi="Times New Roman"/>
                <w:color w:val="000000"/>
                <w:lang w:val="ru-RU"/>
              </w:rPr>
              <w:t>. мая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46CF" w14:textId="77777777" w:rsidR="003D2BEA" w:rsidRPr="00B724AD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6875" w14:textId="77777777" w:rsidR="003D2BEA" w:rsidRPr="00B724AD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5B0C" w14:textId="77777777" w:rsidR="003D2BEA" w:rsidRPr="00B724AD" w:rsidRDefault="003D2BE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6EAFA7" w14:textId="77777777" w:rsidR="003D2BEA" w:rsidRPr="00B06C2A" w:rsidRDefault="00E2792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B06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0691A" w:rsidRPr="00B06C2A" w14:paraId="275B9ECC" w14:textId="77777777" w:rsidTr="00B724AD">
        <w:trPr>
          <w:gridAfter w:val="5"/>
          <w:wAfter w:w="4830" w:type="dxa"/>
          <w:trHeight w:hRule="exact" w:val="786"/>
        </w:trPr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9DD02" w14:textId="77777777" w:rsidR="0040691A" w:rsidRPr="005F1B35" w:rsidRDefault="0040691A" w:rsidP="00435C9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5F1B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06E97" w14:textId="77777777" w:rsidR="0040691A" w:rsidRPr="00B724AD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F8108" w14:textId="77777777" w:rsidR="0040691A" w:rsidRPr="00B724AD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5D225" w14:textId="77777777" w:rsidR="0040691A" w:rsidRPr="00B724AD" w:rsidRDefault="0040691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</w:tr>
    </w:tbl>
    <w:p w14:paraId="00E7CB49" w14:textId="77777777" w:rsidR="00C64A7D" w:rsidRPr="00B724AD" w:rsidRDefault="00C64A7D">
      <w:pPr>
        <w:autoSpaceDE w:val="0"/>
        <w:autoSpaceDN w:val="0"/>
        <w:spacing w:after="0" w:line="14" w:lineRule="exact"/>
        <w:rPr>
          <w:lang w:val="ru-RU"/>
        </w:rPr>
      </w:pPr>
    </w:p>
    <w:bookmarkEnd w:id="1"/>
    <w:p w14:paraId="576E5475" w14:textId="77777777" w:rsidR="00C64A7D" w:rsidRPr="00B724AD" w:rsidRDefault="00C64A7D">
      <w:pPr>
        <w:rPr>
          <w:lang w:val="ru-RU"/>
        </w:rPr>
        <w:sectPr w:rsidR="00C64A7D" w:rsidRPr="00B724AD">
          <w:pgSz w:w="11900" w:h="16840"/>
          <w:pgMar w:top="298" w:right="650" w:bottom="100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EAAFB66" w14:textId="77777777" w:rsidR="00C64A7D" w:rsidRPr="00B724AD" w:rsidRDefault="00C64A7D">
      <w:pPr>
        <w:autoSpaceDE w:val="0"/>
        <w:autoSpaceDN w:val="0"/>
        <w:spacing w:after="66" w:line="220" w:lineRule="exact"/>
        <w:rPr>
          <w:lang w:val="ru-RU"/>
        </w:rPr>
      </w:pPr>
    </w:p>
    <w:p w14:paraId="407B56C4" w14:textId="77777777" w:rsidR="00B06C2A" w:rsidRDefault="00B06C2A" w:rsidP="00B06C2A">
      <w:pPr>
        <w:autoSpaceDE w:val="0"/>
        <w:autoSpaceDN w:val="0"/>
        <w:spacing w:after="78" w:line="220" w:lineRule="exact"/>
      </w:pPr>
    </w:p>
    <w:p w14:paraId="56BC6775" w14:textId="77777777" w:rsidR="00B06C2A" w:rsidRPr="00B06C2A" w:rsidRDefault="00B06C2A" w:rsidP="00B06C2A">
      <w:pPr>
        <w:autoSpaceDE w:val="0"/>
        <w:autoSpaceDN w:val="0"/>
        <w:spacing w:after="0" w:line="230" w:lineRule="auto"/>
        <w:rPr>
          <w:lang w:val="ru-RU"/>
        </w:rPr>
      </w:pPr>
      <w:r w:rsidRPr="00B06C2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14D9CD92" w14:textId="77777777" w:rsidR="00B06C2A" w:rsidRPr="00B06C2A" w:rsidRDefault="00B06C2A" w:rsidP="00B06C2A">
      <w:pPr>
        <w:autoSpaceDE w:val="0"/>
        <w:autoSpaceDN w:val="0"/>
        <w:spacing w:before="346" w:after="0" w:line="230" w:lineRule="auto"/>
        <w:rPr>
          <w:lang w:val="ru-RU"/>
        </w:rPr>
      </w:pPr>
      <w:r w:rsidRPr="00B06C2A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02B01A42" w14:textId="77777777" w:rsidR="00B06C2A" w:rsidRPr="005F1B35" w:rsidRDefault="00B06C2A" w:rsidP="00B06C2A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5F1B35">
        <w:rPr>
          <w:lang w:val="ru-RU"/>
        </w:rPr>
        <w:br/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Ведюшкин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В.А., Уколова В.И. Всеобщая история. Средние века. 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Издательство «Просвещение»; Вовина В.Г., Баранов П.А., Александрова С.В. и другие; под редакцией Тишкова В.А. История 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38EBFCA4" w14:textId="77777777" w:rsidR="00B06C2A" w:rsidRPr="005F1B35" w:rsidRDefault="00B06C2A" w:rsidP="00B06C2A">
      <w:pPr>
        <w:autoSpaceDE w:val="0"/>
        <w:autoSpaceDN w:val="0"/>
        <w:spacing w:before="70" w:after="0" w:line="286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Издательский центр ВЕНТАНА-ГРАФ»; Издательство Просвещение»;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Арсентьев Н.М., Данилов А.А., Стефанович П.С. и другие; под редакцией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Торкунова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А.В. История России в 2-х частях. 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Издательство «Просвещение»;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Черникова Т.В., Чиликин К.П.; под общей редакцией Мединского В.Р. История России с древнейших времён до начала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века. 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Издательство «Просвещение»; </w:t>
      </w:r>
      <w:r w:rsidRPr="005F1B35">
        <w:rPr>
          <w:lang w:val="ru-RU"/>
        </w:rPr>
        <w:br/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Пчелов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Е.В., Лукин П.В.; под редакцией Петрова Ю.А. История России с древнейших времён до начала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века. 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ООО «Русское слово-учебник»;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Данилевский И.Н., Андреев И.Л., Юрасов М.К. и др. История России с древнейших времён до начала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века. 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ООО «ДРОФА»; АО «Издательство Просвещение»;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Абрамов А.В., Рогожкин В.А.,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Тырин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С.В.; под общей редакцией Мединского В.Р. Всеобщая история.</w:t>
      </w:r>
    </w:p>
    <w:p w14:paraId="5047EEEE" w14:textId="77777777" w:rsidR="00B06C2A" w:rsidRPr="005F1B35" w:rsidRDefault="00B06C2A" w:rsidP="00B06C2A">
      <w:pPr>
        <w:autoSpaceDE w:val="0"/>
        <w:autoSpaceDN w:val="0"/>
        <w:spacing w:before="70" w:after="0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История Средних веков. 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Издательство «Просвещение»;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Агибалова Е.В., Донской Г.М.; под редакцией Сванидзе А.А. Всеобщая история. История Средних веков. 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Издательство «Просвещение»;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Бойцов М.А.,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Шукуров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Р.М.; под редакцией Карпова С.П. Всеобщая история. История Средних веков.</w:t>
      </w:r>
    </w:p>
    <w:p w14:paraId="72A5F8A6" w14:textId="77777777" w:rsidR="00B06C2A" w:rsidRPr="005F1B35" w:rsidRDefault="00B06C2A" w:rsidP="00B06C2A">
      <w:pPr>
        <w:autoSpaceDE w:val="0"/>
        <w:autoSpaceDN w:val="0"/>
        <w:spacing w:before="70" w:after="0" w:line="262" w:lineRule="auto"/>
        <w:ind w:right="6768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6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. ООО «Русское слово-учебник»;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14:paraId="6440F07D" w14:textId="77777777" w:rsidR="00B06C2A" w:rsidRPr="005F1B35" w:rsidRDefault="00B06C2A" w:rsidP="00B06C2A">
      <w:pPr>
        <w:autoSpaceDE w:val="0"/>
        <w:autoSpaceDN w:val="0"/>
        <w:spacing w:before="26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2A56D2BD" w14:textId="77777777" w:rsidR="00B06C2A" w:rsidRPr="005F1B35" w:rsidRDefault="00B06C2A" w:rsidP="00B06C2A">
      <w:pPr>
        <w:autoSpaceDE w:val="0"/>
        <w:autoSpaceDN w:val="0"/>
        <w:spacing w:before="50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1. Список литературы для учителя.</w:t>
      </w:r>
    </w:p>
    <w:p w14:paraId="5FDF62A4" w14:textId="77777777" w:rsidR="00B06C2A" w:rsidRPr="005F1B35" w:rsidRDefault="00B06C2A" w:rsidP="00B06C2A">
      <w:pPr>
        <w:autoSpaceDE w:val="0"/>
        <w:autoSpaceDN w:val="0"/>
        <w:spacing w:before="70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1. Данилов А.А. Рабочая программа и тематическое планирование курса «История России». 6-9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17D82072" w14:textId="77777777" w:rsidR="00B06C2A" w:rsidRPr="005F1B35" w:rsidRDefault="00B06C2A" w:rsidP="00B06C2A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(основная школа) / А. А. Данилов, О. Н. Журавлева, И. Е. Барыкина. - М.: Просвещение, 2016. 2. Данилов А.А. Митькина, Е. А. Книга для чтения. История России. 6-9 классы. </w:t>
      </w:r>
    </w:p>
    <w:p w14:paraId="59617A59" w14:textId="77777777" w:rsidR="00B06C2A" w:rsidRPr="005F1B35" w:rsidRDefault="00B06C2A" w:rsidP="00B06C2A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3. Данилов А.А., Журавлева О.Н., Барыкина И.Е. Рабочие программы по всеобщей истории к предметной линии учебников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А.А.Вигасина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– 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О.С.Сороко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-Цюпы 5-9 классы изд-ва «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Просве-щение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», Москва 2014 год.</w:t>
      </w:r>
    </w:p>
    <w:p w14:paraId="0B9F865F" w14:textId="77777777" w:rsidR="00B06C2A" w:rsidRPr="005F1B35" w:rsidRDefault="00B06C2A" w:rsidP="00B06C2A">
      <w:pPr>
        <w:autoSpaceDE w:val="0"/>
        <w:autoSpaceDN w:val="0"/>
        <w:spacing w:before="7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4. Журавлева О.Н. Ревякин, А. В Поурочные рекомендации. История России. 8 класс. </w:t>
      </w:r>
    </w:p>
    <w:p w14:paraId="01F29C6B" w14:textId="77777777" w:rsidR="00B06C2A" w:rsidRPr="005F1B35" w:rsidRDefault="00B06C2A" w:rsidP="00B06C2A">
      <w:pPr>
        <w:autoSpaceDE w:val="0"/>
        <w:autoSpaceDN w:val="0"/>
        <w:spacing w:before="7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5. Историко-культурный стандарт (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минобрнауки.рф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/документы/3483).</w:t>
      </w:r>
    </w:p>
    <w:p w14:paraId="5367674C" w14:textId="77777777" w:rsidR="00B06C2A" w:rsidRPr="005F1B35" w:rsidRDefault="00B06C2A" w:rsidP="00B06C2A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6. История. 5-10 классы: игровые технологии на уроках и внеклассных занятиях / авт.-СОСТ. Н. Н. Ярцева. – Волгоград: Учитель, 2013. </w:t>
      </w:r>
    </w:p>
    <w:p w14:paraId="40F2B1D1" w14:textId="77777777" w:rsidR="00B06C2A" w:rsidRPr="005F1B35" w:rsidRDefault="00B06C2A" w:rsidP="00B06C2A">
      <w:pPr>
        <w:autoSpaceDE w:val="0"/>
        <w:autoSpaceDN w:val="0"/>
        <w:spacing w:before="70" w:after="0" w:line="262" w:lineRule="auto"/>
        <w:ind w:right="2016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7. Концепция единого учебно-методического комплекса по отечественной истории (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минобрнауки.рф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/документы/3483).</w:t>
      </w:r>
    </w:p>
    <w:p w14:paraId="399C7C4A" w14:textId="77777777" w:rsidR="00B06C2A" w:rsidRPr="005F1B35" w:rsidRDefault="00B06C2A" w:rsidP="00B06C2A">
      <w:pPr>
        <w:autoSpaceDE w:val="0"/>
        <w:autoSpaceDN w:val="0"/>
        <w:spacing w:before="70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8. Комплект методических материалов в помощь учителю истории. Сост. Данилов А.А.</w:t>
      </w:r>
    </w:p>
    <w:p w14:paraId="4358E2CC" w14:textId="77777777" w:rsidR="00B06C2A" w:rsidRPr="005F1B35" w:rsidRDefault="00B06C2A" w:rsidP="00B06C2A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9. Кириллов, В. В. Отечественная история в схемах и таблицах / В. В. Кириллов. – М.: Эксмо-Пресс, 2014. </w:t>
      </w:r>
    </w:p>
    <w:p w14:paraId="440183A0" w14:textId="77777777" w:rsidR="00B06C2A" w:rsidRPr="005F1B35" w:rsidRDefault="00B06C2A" w:rsidP="00B06C2A">
      <w:pPr>
        <w:autoSpaceDE w:val="0"/>
        <w:autoSpaceDN w:val="0"/>
        <w:spacing w:before="742" w:after="0" w:line="271" w:lineRule="auto"/>
        <w:ind w:right="7056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Технические средства обучения: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1. Мультимедийный компьютер.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2. Мультимедийный проектор. </w:t>
      </w:r>
    </w:p>
    <w:p w14:paraId="092370F6" w14:textId="77777777" w:rsidR="00B06C2A" w:rsidRPr="005F1B35" w:rsidRDefault="00B06C2A" w:rsidP="00B06C2A">
      <w:pPr>
        <w:rPr>
          <w:lang w:val="ru-RU"/>
        </w:rPr>
        <w:sectPr w:rsidR="00B06C2A" w:rsidRPr="005F1B35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FB14D0F" w14:textId="77777777" w:rsidR="00B06C2A" w:rsidRPr="005F1B35" w:rsidRDefault="00B06C2A" w:rsidP="00B06C2A">
      <w:pPr>
        <w:autoSpaceDE w:val="0"/>
        <w:autoSpaceDN w:val="0"/>
        <w:spacing w:after="66" w:line="220" w:lineRule="exact"/>
        <w:rPr>
          <w:lang w:val="ru-RU"/>
        </w:rPr>
      </w:pPr>
    </w:p>
    <w:p w14:paraId="3FE5FB10" w14:textId="77777777" w:rsidR="00B06C2A" w:rsidRPr="005F1B35" w:rsidRDefault="00B06C2A" w:rsidP="00B06C2A">
      <w:pPr>
        <w:autoSpaceDE w:val="0"/>
        <w:autoSpaceDN w:val="0"/>
        <w:spacing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3. Экран проекционный. </w:t>
      </w:r>
    </w:p>
    <w:p w14:paraId="74DD5AA5" w14:textId="77777777" w:rsidR="00B06C2A" w:rsidRPr="005F1B35" w:rsidRDefault="00B06C2A" w:rsidP="00B06C2A">
      <w:pPr>
        <w:autoSpaceDE w:val="0"/>
        <w:autoSpaceDN w:val="0"/>
        <w:spacing w:before="262" w:after="0" w:line="300" w:lineRule="auto"/>
        <w:ind w:right="720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3.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fcior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/ Федеральный центр информационно-образовательных ресурсов. 4.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/ Единая коллекция цифровых образовательных ресурсов</w:t>
      </w:r>
    </w:p>
    <w:p w14:paraId="6AEB50DE" w14:textId="77777777" w:rsidR="00C64A7D" w:rsidRPr="008C182C" w:rsidRDefault="00C64A7D">
      <w:pPr>
        <w:rPr>
          <w:lang w:val="ru-RU"/>
        </w:rPr>
        <w:sectPr w:rsidR="00C64A7D" w:rsidRPr="008C182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08A4843" w14:textId="77777777" w:rsidR="00C64A7D" w:rsidRPr="005F1B35" w:rsidRDefault="00C64A7D">
      <w:pPr>
        <w:rPr>
          <w:lang w:val="ru-RU"/>
        </w:rPr>
        <w:sectPr w:rsidR="00C64A7D" w:rsidRPr="005F1B35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14:paraId="340316AB" w14:textId="77777777" w:rsidR="00C64A7D" w:rsidRPr="005F1B35" w:rsidRDefault="00C64A7D">
      <w:pPr>
        <w:autoSpaceDE w:val="0"/>
        <w:autoSpaceDN w:val="0"/>
        <w:spacing w:after="78" w:line="220" w:lineRule="exact"/>
        <w:rPr>
          <w:lang w:val="ru-RU"/>
        </w:rPr>
      </w:pPr>
    </w:p>
    <w:p w14:paraId="75898046" w14:textId="77777777" w:rsidR="00C64A7D" w:rsidRPr="005F1B35" w:rsidRDefault="00C767A4">
      <w:pPr>
        <w:autoSpaceDE w:val="0"/>
        <w:autoSpaceDN w:val="0"/>
        <w:spacing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14:paraId="370AFBAF" w14:textId="77777777" w:rsidR="00C64A7D" w:rsidRPr="005F1B35" w:rsidRDefault="00C767A4">
      <w:pPr>
        <w:autoSpaceDE w:val="0"/>
        <w:autoSpaceDN w:val="0"/>
        <w:spacing w:before="346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14:paraId="3B6644F6" w14:textId="77777777" w:rsidR="00C64A7D" w:rsidRPr="005F1B35" w:rsidRDefault="00C767A4">
      <w:pPr>
        <w:autoSpaceDE w:val="0"/>
        <w:autoSpaceDN w:val="0"/>
        <w:spacing w:before="166" w:after="0"/>
        <w:ind w:right="3024"/>
        <w:rPr>
          <w:lang w:val="ru-RU"/>
        </w:rPr>
      </w:pP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1.Ноутбук; </w:t>
      </w:r>
      <w:r w:rsidRPr="005F1B35">
        <w:rPr>
          <w:lang w:val="ru-RU"/>
        </w:rPr>
        <w:br/>
      </w:r>
      <w:proofErr w:type="gramStart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2.проектор</w:t>
      </w:r>
      <w:proofErr w:type="gramEnd"/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3.программа </w:t>
      </w:r>
      <w:r>
        <w:rPr>
          <w:rFonts w:ascii="Times New Roman" w:eastAsia="Times New Roman" w:hAnsi="Times New Roman"/>
          <w:color w:val="000000"/>
          <w:sz w:val="24"/>
        </w:rPr>
        <w:t>Microsoft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Office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Power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Point</w:t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  <w:r w:rsidRPr="005F1B35">
        <w:rPr>
          <w:lang w:val="ru-RU"/>
        </w:rPr>
        <w:br/>
      </w:r>
      <w:r w:rsidRPr="005F1B35">
        <w:rPr>
          <w:rFonts w:ascii="Times New Roman" w:eastAsia="Times New Roman" w:hAnsi="Times New Roman"/>
          <w:color w:val="000000"/>
          <w:sz w:val="24"/>
          <w:lang w:val="ru-RU"/>
        </w:rPr>
        <w:t>4. Раздаточный материал ( задания на карточках, атлас, рабочая тетрадь).</w:t>
      </w:r>
    </w:p>
    <w:p w14:paraId="5D7069C8" w14:textId="77777777" w:rsidR="00C64A7D" w:rsidRPr="005F1B35" w:rsidRDefault="00C767A4">
      <w:pPr>
        <w:autoSpaceDE w:val="0"/>
        <w:autoSpaceDN w:val="0"/>
        <w:spacing w:before="262" w:after="0" w:line="230" w:lineRule="auto"/>
        <w:rPr>
          <w:lang w:val="ru-RU"/>
        </w:rPr>
      </w:pPr>
      <w:r w:rsidRPr="005F1B3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14:paraId="3C970462" w14:textId="77777777" w:rsidR="00C64A7D" w:rsidRPr="00F443EF" w:rsidRDefault="00C767A4">
      <w:pPr>
        <w:autoSpaceDE w:val="0"/>
        <w:autoSpaceDN w:val="0"/>
        <w:spacing w:before="166" w:after="0" w:line="230" w:lineRule="auto"/>
        <w:rPr>
          <w:lang w:val="ru-RU"/>
        </w:rPr>
      </w:pPr>
      <w:r w:rsidRPr="00F443EF">
        <w:rPr>
          <w:rFonts w:ascii="Times New Roman" w:eastAsia="Times New Roman" w:hAnsi="Times New Roman"/>
          <w:color w:val="000000"/>
          <w:sz w:val="24"/>
          <w:lang w:val="ru-RU"/>
        </w:rPr>
        <w:t>нет</w:t>
      </w:r>
    </w:p>
    <w:p w14:paraId="088FFE91" w14:textId="77777777" w:rsidR="00C64A7D" w:rsidRPr="00F443EF" w:rsidRDefault="00C64A7D">
      <w:pPr>
        <w:rPr>
          <w:lang w:val="ru-RU"/>
        </w:rPr>
        <w:sectPr w:rsidR="00C64A7D" w:rsidRPr="00F443E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725C7C9" w14:textId="77777777" w:rsidR="00C767A4" w:rsidRPr="00F443EF" w:rsidRDefault="00C767A4">
      <w:pPr>
        <w:rPr>
          <w:lang w:val="ru-RU"/>
        </w:rPr>
      </w:pPr>
    </w:p>
    <w:sectPr w:rsidR="00C767A4" w:rsidRPr="00F443EF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D724A" w14:textId="77777777" w:rsidR="00150F3C" w:rsidRDefault="00150F3C" w:rsidP="00DD5B5D">
      <w:pPr>
        <w:spacing w:after="0" w:line="240" w:lineRule="auto"/>
      </w:pPr>
      <w:r>
        <w:separator/>
      </w:r>
    </w:p>
  </w:endnote>
  <w:endnote w:type="continuationSeparator" w:id="0">
    <w:p w14:paraId="5EEC37C3" w14:textId="77777777" w:rsidR="00150F3C" w:rsidRDefault="00150F3C" w:rsidP="00DD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LiberationSerif">
    <w:altName w:val="Cambria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20D11" w14:textId="77777777" w:rsidR="00150F3C" w:rsidRDefault="00150F3C" w:rsidP="00DD5B5D">
      <w:pPr>
        <w:spacing w:after="0" w:line="240" w:lineRule="auto"/>
      </w:pPr>
      <w:r>
        <w:separator/>
      </w:r>
    </w:p>
  </w:footnote>
  <w:footnote w:type="continuationSeparator" w:id="0">
    <w:p w14:paraId="0108D995" w14:textId="77777777" w:rsidR="00150F3C" w:rsidRDefault="00150F3C" w:rsidP="00DD5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5A65"/>
    <w:rsid w:val="00090F8A"/>
    <w:rsid w:val="0015074B"/>
    <w:rsid w:val="00150F3C"/>
    <w:rsid w:val="001D16BE"/>
    <w:rsid w:val="0020452C"/>
    <w:rsid w:val="00251703"/>
    <w:rsid w:val="0029639D"/>
    <w:rsid w:val="002A15D0"/>
    <w:rsid w:val="003078AD"/>
    <w:rsid w:val="00326F90"/>
    <w:rsid w:val="003C12F9"/>
    <w:rsid w:val="003D2BEA"/>
    <w:rsid w:val="0040691A"/>
    <w:rsid w:val="00413FDD"/>
    <w:rsid w:val="0042352C"/>
    <w:rsid w:val="00435C9C"/>
    <w:rsid w:val="00453841"/>
    <w:rsid w:val="004839EF"/>
    <w:rsid w:val="004B52B2"/>
    <w:rsid w:val="004B57ED"/>
    <w:rsid w:val="004D5A2B"/>
    <w:rsid w:val="005011AE"/>
    <w:rsid w:val="005F1B35"/>
    <w:rsid w:val="0066097C"/>
    <w:rsid w:val="006667E9"/>
    <w:rsid w:val="006A247A"/>
    <w:rsid w:val="00700ABA"/>
    <w:rsid w:val="00740BE5"/>
    <w:rsid w:val="007802FC"/>
    <w:rsid w:val="008A0452"/>
    <w:rsid w:val="008C182C"/>
    <w:rsid w:val="009325FD"/>
    <w:rsid w:val="0093395C"/>
    <w:rsid w:val="00934361"/>
    <w:rsid w:val="009D3598"/>
    <w:rsid w:val="00AA1D8D"/>
    <w:rsid w:val="00B06C2A"/>
    <w:rsid w:val="00B179F3"/>
    <w:rsid w:val="00B47730"/>
    <w:rsid w:val="00B653B2"/>
    <w:rsid w:val="00B724AD"/>
    <w:rsid w:val="00BB2BFD"/>
    <w:rsid w:val="00C64A7D"/>
    <w:rsid w:val="00C767A4"/>
    <w:rsid w:val="00CB0664"/>
    <w:rsid w:val="00CE5E8E"/>
    <w:rsid w:val="00D22378"/>
    <w:rsid w:val="00DD1C8B"/>
    <w:rsid w:val="00DD5B5D"/>
    <w:rsid w:val="00E13AA4"/>
    <w:rsid w:val="00E27920"/>
    <w:rsid w:val="00E61FE0"/>
    <w:rsid w:val="00E84D81"/>
    <w:rsid w:val="00EF5234"/>
    <w:rsid w:val="00F40491"/>
    <w:rsid w:val="00F443EF"/>
    <w:rsid w:val="00F80A08"/>
    <w:rsid w:val="00FC693F"/>
    <w:rsid w:val="00FE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8C9F0B"/>
  <w14:defaultImageDpi w14:val="300"/>
  <w15:docId w15:val="{457677CF-0309-42F1-8076-7CEC90A87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D22378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Normal (Web)"/>
    <w:basedOn w:val="a1"/>
    <w:uiPriority w:val="99"/>
    <w:unhideWhenUsed/>
    <w:rsid w:val="00932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1"/>
    <w:uiPriority w:val="1"/>
    <w:qFormat/>
    <w:rsid w:val="006667E9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57B174-64A4-4ACC-B4DA-D472475D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37</Pages>
  <Words>8531</Words>
  <Characters>48632</Characters>
  <Application>Microsoft Office Word</Application>
  <DocSecurity>0</DocSecurity>
  <Lines>405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57049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walw</cp:lastModifiedBy>
  <cp:revision>15</cp:revision>
  <cp:lastPrinted>2022-09-09T14:53:00Z</cp:lastPrinted>
  <dcterms:created xsi:type="dcterms:W3CDTF">2022-06-20T20:43:00Z</dcterms:created>
  <dcterms:modified xsi:type="dcterms:W3CDTF">2022-09-20T15:52:00Z</dcterms:modified>
  <cp:category/>
</cp:coreProperties>
</file>